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A809C" w14:textId="77777777" w:rsidR="00E92737" w:rsidRPr="00F53E99" w:rsidRDefault="00E92737" w:rsidP="00E92737">
      <w:pPr>
        <w:jc w:val="center"/>
        <w:rPr>
          <w:rFonts w:ascii="Arial" w:hAnsi="Arial" w:cs="Arial"/>
          <w:b/>
          <w:color w:val="00426A"/>
          <w:sz w:val="32"/>
        </w:rPr>
      </w:pPr>
    </w:p>
    <w:p w14:paraId="5D550DDE" w14:textId="7AA7AC50" w:rsidR="00E92737" w:rsidRPr="00F53E99" w:rsidRDefault="00E92737" w:rsidP="00E92737">
      <w:pPr>
        <w:jc w:val="center"/>
        <w:rPr>
          <w:rFonts w:ascii="Arial" w:hAnsi="Arial" w:cs="Arial"/>
          <w:b/>
          <w:color w:val="00426A"/>
          <w:sz w:val="32"/>
        </w:rPr>
      </w:pPr>
      <w:r w:rsidRPr="00F53E99">
        <w:rPr>
          <w:rFonts w:ascii="Arial" w:hAnsi="Arial" w:cs="Arial"/>
          <w:b/>
          <w:color w:val="00426A"/>
          <w:sz w:val="32"/>
        </w:rPr>
        <w:t>FORMULARIO DE SOLICITUDE DE ADHESIÓN</w:t>
      </w:r>
    </w:p>
    <w:p w14:paraId="2301EFB1" w14:textId="5C77D4CA" w:rsidR="00E92737" w:rsidRPr="00F53E99" w:rsidRDefault="00E92737" w:rsidP="00E92737">
      <w:pPr>
        <w:jc w:val="center"/>
        <w:rPr>
          <w:rFonts w:ascii="Arial" w:hAnsi="Arial" w:cs="Arial"/>
          <w:b/>
          <w:color w:val="00426A"/>
          <w:sz w:val="26"/>
        </w:rPr>
      </w:pPr>
      <w:r w:rsidRPr="00F53E99">
        <w:rPr>
          <w:rFonts w:ascii="Arial" w:hAnsi="Arial" w:cs="Arial"/>
          <w:b/>
          <w:color w:val="00426A"/>
          <w:sz w:val="26"/>
        </w:rPr>
        <w:t>Club de Produto Galicia Suroeste</w:t>
      </w:r>
    </w:p>
    <w:p w14:paraId="1C551E50" w14:textId="7962B90A" w:rsidR="00E92737" w:rsidRPr="00F53E99" w:rsidRDefault="00E92737" w:rsidP="00E92737">
      <w:pPr>
        <w:jc w:val="center"/>
        <w:rPr>
          <w:rFonts w:ascii="Arial" w:hAnsi="Arial" w:cs="Arial"/>
          <w:b/>
          <w:color w:val="00426A"/>
          <w:sz w:val="24"/>
        </w:rPr>
      </w:pPr>
      <w:r w:rsidRPr="00F53E99">
        <w:rPr>
          <w:rFonts w:ascii="Arial" w:hAnsi="Arial" w:cs="Arial"/>
          <w:b/>
          <w:color w:val="00426A"/>
          <w:sz w:val="24"/>
        </w:rPr>
        <w:t xml:space="preserve">Categoría: </w:t>
      </w:r>
      <w:r w:rsidR="008605FE">
        <w:rPr>
          <w:rFonts w:ascii="Arial" w:hAnsi="Arial" w:cs="Arial"/>
          <w:b/>
          <w:color w:val="00426A"/>
          <w:sz w:val="24"/>
        </w:rPr>
        <w:t>Actividades turísticas complementarias</w:t>
      </w:r>
    </w:p>
    <w:p w14:paraId="355CB39F" w14:textId="48AB9A7F" w:rsidR="00780FC7" w:rsidRPr="00F53E99" w:rsidRDefault="00BA2822" w:rsidP="00F551EE">
      <w:pPr>
        <w:pStyle w:val="Ttulo1"/>
        <w:numPr>
          <w:ilvl w:val="0"/>
          <w:numId w:val="10"/>
        </w:numPr>
        <w:jc w:val="both"/>
        <w:rPr>
          <w:rFonts w:ascii="Arial" w:eastAsia="Albert Sans" w:hAnsi="Arial" w:cs="Arial"/>
          <w:color w:val="00426A"/>
        </w:rPr>
      </w:pPr>
      <w:r w:rsidRPr="00F53E99">
        <w:rPr>
          <w:rFonts w:ascii="Arial" w:eastAsia="Albert Sans" w:hAnsi="Arial" w:cs="Arial"/>
          <w:color w:val="00426A"/>
        </w:rPr>
        <w:t>Datos de contacto</w:t>
      </w:r>
    </w:p>
    <w:p w14:paraId="149C3BB7" w14:textId="77777777" w:rsidR="00F551EE" w:rsidRPr="00F53E99" w:rsidRDefault="00F551EE" w:rsidP="00F551EE">
      <w:pPr>
        <w:jc w:val="both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407"/>
        <w:gridCol w:w="6236"/>
      </w:tblGrid>
      <w:tr w:rsidR="00780FC7" w:rsidRPr="00F53E99" w14:paraId="303B0737" w14:textId="77777777" w:rsidTr="00A807E6">
        <w:trPr>
          <w:jc w:val="center"/>
        </w:trPr>
        <w:tc>
          <w:tcPr>
            <w:tcW w:w="3407" w:type="dxa"/>
            <w:shd w:val="clear" w:color="auto" w:fill="008C95"/>
            <w:vAlign w:val="center"/>
          </w:tcPr>
          <w:p w14:paraId="40639C53" w14:textId="77777777" w:rsidR="00780FC7" w:rsidRPr="0047008E" w:rsidRDefault="00BA2822" w:rsidP="0047008E">
            <w:pPr>
              <w:rPr>
                <w:rFonts w:ascii="Arial" w:hAnsi="Arial" w:cs="Arial"/>
                <w:b/>
                <w:color w:val="FFFFFF" w:themeColor="background1"/>
                <w:sz w:val="22"/>
                <w:szCs w:val="32"/>
              </w:rPr>
            </w:pPr>
            <w:r w:rsidRPr="0047008E">
              <w:rPr>
                <w:rFonts w:ascii="Arial" w:hAnsi="Arial" w:cs="Arial"/>
                <w:b/>
                <w:color w:val="FFFFFF" w:themeColor="background1"/>
                <w:sz w:val="22"/>
                <w:szCs w:val="32"/>
              </w:rPr>
              <w:t>Nome</w:t>
            </w:r>
          </w:p>
        </w:tc>
        <w:tc>
          <w:tcPr>
            <w:tcW w:w="6236" w:type="dxa"/>
            <w:vAlign w:val="center"/>
          </w:tcPr>
          <w:p w14:paraId="4870F385" w14:textId="77777777" w:rsidR="00780FC7" w:rsidRPr="00F53E99" w:rsidRDefault="00780FC7" w:rsidP="00F551EE">
            <w:pPr>
              <w:jc w:val="both"/>
              <w:rPr>
                <w:rFonts w:ascii="Arial" w:hAnsi="Arial" w:cs="Arial"/>
                <w:sz w:val="22"/>
                <w:szCs w:val="32"/>
              </w:rPr>
            </w:pPr>
          </w:p>
        </w:tc>
      </w:tr>
      <w:tr w:rsidR="00780FC7" w:rsidRPr="00F53E99" w14:paraId="6B8A91E3" w14:textId="77777777" w:rsidTr="00A807E6">
        <w:trPr>
          <w:jc w:val="center"/>
        </w:trPr>
        <w:tc>
          <w:tcPr>
            <w:tcW w:w="3407" w:type="dxa"/>
            <w:shd w:val="clear" w:color="auto" w:fill="008C95"/>
            <w:vAlign w:val="center"/>
          </w:tcPr>
          <w:p w14:paraId="639090E9" w14:textId="77777777" w:rsidR="00780FC7" w:rsidRPr="0047008E" w:rsidRDefault="00BA2822" w:rsidP="00F551EE">
            <w:pPr>
              <w:jc w:val="both"/>
              <w:rPr>
                <w:rFonts w:ascii="Arial" w:hAnsi="Arial" w:cs="Arial"/>
                <w:color w:val="FFFFFF" w:themeColor="background1"/>
                <w:sz w:val="22"/>
                <w:szCs w:val="32"/>
              </w:rPr>
            </w:pPr>
            <w:r w:rsidRPr="0047008E">
              <w:rPr>
                <w:rFonts w:ascii="Arial" w:hAnsi="Arial" w:cs="Arial"/>
                <w:b/>
                <w:color w:val="FFFFFF" w:themeColor="background1"/>
                <w:sz w:val="22"/>
                <w:szCs w:val="32"/>
              </w:rPr>
              <w:t>Apelidos</w:t>
            </w:r>
          </w:p>
        </w:tc>
        <w:tc>
          <w:tcPr>
            <w:tcW w:w="6236" w:type="dxa"/>
            <w:vAlign w:val="center"/>
          </w:tcPr>
          <w:p w14:paraId="3C1422DF" w14:textId="77777777" w:rsidR="00780FC7" w:rsidRPr="00F53E99" w:rsidRDefault="00780FC7" w:rsidP="00F551EE">
            <w:pPr>
              <w:jc w:val="both"/>
              <w:rPr>
                <w:rFonts w:ascii="Arial" w:hAnsi="Arial" w:cs="Arial"/>
                <w:sz w:val="22"/>
                <w:szCs w:val="32"/>
              </w:rPr>
            </w:pPr>
          </w:p>
        </w:tc>
      </w:tr>
      <w:tr w:rsidR="00780FC7" w:rsidRPr="00F53E99" w14:paraId="271B52A7" w14:textId="77777777" w:rsidTr="00A807E6">
        <w:trPr>
          <w:jc w:val="center"/>
        </w:trPr>
        <w:tc>
          <w:tcPr>
            <w:tcW w:w="3407" w:type="dxa"/>
            <w:shd w:val="clear" w:color="auto" w:fill="008C95"/>
            <w:vAlign w:val="center"/>
          </w:tcPr>
          <w:p w14:paraId="3E0B993E" w14:textId="77777777" w:rsidR="00780FC7" w:rsidRPr="0047008E" w:rsidRDefault="00BA2822" w:rsidP="00F551EE">
            <w:pPr>
              <w:jc w:val="both"/>
              <w:rPr>
                <w:rFonts w:ascii="Arial" w:hAnsi="Arial" w:cs="Arial"/>
                <w:color w:val="FFFFFF" w:themeColor="background1"/>
                <w:sz w:val="22"/>
                <w:szCs w:val="32"/>
              </w:rPr>
            </w:pPr>
            <w:r w:rsidRPr="0047008E">
              <w:rPr>
                <w:rFonts w:ascii="Arial" w:hAnsi="Arial" w:cs="Arial"/>
                <w:b/>
                <w:color w:val="FFFFFF" w:themeColor="background1"/>
                <w:sz w:val="22"/>
                <w:szCs w:val="32"/>
              </w:rPr>
              <w:t>Teléfono móbil</w:t>
            </w:r>
          </w:p>
        </w:tc>
        <w:tc>
          <w:tcPr>
            <w:tcW w:w="6236" w:type="dxa"/>
            <w:vAlign w:val="center"/>
          </w:tcPr>
          <w:p w14:paraId="5E02A907" w14:textId="77777777" w:rsidR="00780FC7" w:rsidRPr="00F53E99" w:rsidRDefault="00780FC7" w:rsidP="00F551EE">
            <w:pPr>
              <w:jc w:val="both"/>
              <w:rPr>
                <w:rFonts w:ascii="Arial" w:hAnsi="Arial" w:cs="Arial"/>
                <w:sz w:val="22"/>
                <w:szCs w:val="32"/>
              </w:rPr>
            </w:pPr>
          </w:p>
        </w:tc>
      </w:tr>
      <w:tr w:rsidR="00780FC7" w:rsidRPr="00F53E99" w14:paraId="664AA82E" w14:textId="77777777" w:rsidTr="00A807E6">
        <w:trPr>
          <w:jc w:val="center"/>
        </w:trPr>
        <w:tc>
          <w:tcPr>
            <w:tcW w:w="3407" w:type="dxa"/>
            <w:shd w:val="clear" w:color="auto" w:fill="008C95"/>
            <w:vAlign w:val="center"/>
          </w:tcPr>
          <w:p w14:paraId="5E3E93BA" w14:textId="77777777" w:rsidR="00780FC7" w:rsidRPr="0047008E" w:rsidRDefault="00BA2822" w:rsidP="00F551EE">
            <w:pPr>
              <w:jc w:val="both"/>
              <w:rPr>
                <w:rFonts w:ascii="Arial" w:hAnsi="Arial" w:cs="Arial"/>
                <w:color w:val="FFFFFF" w:themeColor="background1"/>
                <w:sz w:val="22"/>
                <w:szCs w:val="32"/>
              </w:rPr>
            </w:pPr>
            <w:r w:rsidRPr="0047008E">
              <w:rPr>
                <w:rFonts w:ascii="Arial" w:hAnsi="Arial" w:cs="Arial"/>
                <w:b/>
                <w:color w:val="FFFFFF" w:themeColor="background1"/>
                <w:sz w:val="22"/>
                <w:szCs w:val="32"/>
              </w:rPr>
              <w:t>Teléfono fixo</w:t>
            </w:r>
          </w:p>
        </w:tc>
        <w:tc>
          <w:tcPr>
            <w:tcW w:w="6236" w:type="dxa"/>
            <w:vAlign w:val="center"/>
          </w:tcPr>
          <w:p w14:paraId="21B63637" w14:textId="77777777" w:rsidR="00780FC7" w:rsidRPr="00F53E99" w:rsidRDefault="00780FC7" w:rsidP="00F551EE">
            <w:pPr>
              <w:jc w:val="both"/>
              <w:rPr>
                <w:rFonts w:ascii="Arial" w:hAnsi="Arial" w:cs="Arial"/>
                <w:sz w:val="22"/>
                <w:szCs w:val="32"/>
              </w:rPr>
            </w:pPr>
          </w:p>
        </w:tc>
      </w:tr>
      <w:tr w:rsidR="00780FC7" w:rsidRPr="00F53E99" w14:paraId="0F83D3CD" w14:textId="77777777" w:rsidTr="00A807E6">
        <w:trPr>
          <w:jc w:val="center"/>
        </w:trPr>
        <w:tc>
          <w:tcPr>
            <w:tcW w:w="3407" w:type="dxa"/>
            <w:shd w:val="clear" w:color="auto" w:fill="008C95"/>
            <w:vAlign w:val="center"/>
          </w:tcPr>
          <w:p w14:paraId="5922E27F" w14:textId="77777777" w:rsidR="00780FC7" w:rsidRPr="0047008E" w:rsidRDefault="00BA2822" w:rsidP="00F551EE">
            <w:pPr>
              <w:jc w:val="both"/>
              <w:rPr>
                <w:rFonts w:ascii="Arial" w:hAnsi="Arial" w:cs="Arial"/>
                <w:color w:val="FFFFFF" w:themeColor="background1"/>
                <w:sz w:val="22"/>
                <w:szCs w:val="32"/>
              </w:rPr>
            </w:pPr>
            <w:r w:rsidRPr="0047008E">
              <w:rPr>
                <w:rFonts w:ascii="Arial" w:hAnsi="Arial" w:cs="Arial"/>
                <w:b/>
                <w:color w:val="FFFFFF" w:themeColor="background1"/>
                <w:sz w:val="22"/>
                <w:szCs w:val="32"/>
              </w:rPr>
              <w:t>Enderezo electrónico</w:t>
            </w:r>
          </w:p>
        </w:tc>
        <w:tc>
          <w:tcPr>
            <w:tcW w:w="6236" w:type="dxa"/>
            <w:vAlign w:val="center"/>
          </w:tcPr>
          <w:p w14:paraId="2A5810A8" w14:textId="77777777" w:rsidR="00780FC7" w:rsidRPr="00F53E99" w:rsidRDefault="00780FC7" w:rsidP="00F551EE">
            <w:pPr>
              <w:jc w:val="both"/>
              <w:rPr>
                <w:rFonts w:ascii="Arial" w:hAnsi="Arial" w:cs="Arial"/>
                <w:sz w:val="22"/>
                <w:szCs w:val="32"/>
              </w:rPr>
            </w:pPr>
          </w:p>
        </w:tc>
      </w:tr>
    </w:tbl>
    <w:p w14:paraId="4F611FFC" w14:textId="77777777" w:rsidR="00780FC7" w:rsidRPr="00F53E99" w:rsidRDefault="00780FC7" w:rsidP="00F551EE">
      <w:pPr>
        <w:jc w:val="both"/>
        <w:rPr>
          <w:rFonts w:ascii="Arial" w:hAnsi="Arial" w:cs="Arial"/>
        </w:rPr>
      </w:pPr>
    </w:p>
    <w:p w14:paraId="5C14EF72" w14:textId="02E5A853" w:rsidR="00780FC7" w:rsidRPr="00F53E99" w:rsidRDefault="00BA2822" w:rsidP="00F551EE">
      <w:pPr>
        <w:pStyle w:val="Ttulo1"/>
        <w:numPr>
          <w:ilvl w:val="0"/>
          <w:numId w:val="10"/>
        </w:numPr>
        <w:jc w:val="both"/>
        <w:rPr>
          <w:rFonts w:ascii="Arial" w:eastAsia="Albert Sans" w:hAnsi="Arial" w:cs="Arial"/>
          <w:color w:val="00426A"/>
        </w:rPr>
      </w:pPr>
      <w:r w:rsidRPr="00F53E99">
        <w:rPr>
          <w:rFonts w:ascii="Arial" w:eastAsia="Albert Sans" w:hAnsi="Arial" w:cs="Arial"/>
          <w:color w:val="00426A"/>
        </w:rPr>
        <w:t xml:space="preserve">Datos da empresa ou </w:t>
      </w:r>
      <w:r w:rsidR="005C677D" w:rsidRPr="00F53E99">
        <w:rPr>
          <w:rFonts w:ascii="Arial" w:eastAsia="Albert Sans" w:hAnsi="Arial" w:cs="Arial"/>
          <w:color w:val="00426A"/>
        </w:rPr>
        <w:t>entidade</w:t>
      </w:r>
    </w:p>
    <w:p w14:paraId="415DACA8" w14:textId="77777777" w:rsidR="00F551EE" w:rsidRPr="00F53E99" w:rsidRDefault="00F551EE" w:rsidP="00F551EE">
      <w:pPr>
        <w:pStyle w:val="Prrafodelista"/>
        <w:jc w:val="both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407"/>
        <w:gridCol w:w="6236"/>
      </w:tblGrid>
      <w:tr w:rsidR="00780FC7" w:rsidRPr="00F53E99" w14:paraId="1E66EE4B" w14:textId="77777777" w:rsidTr="00A807E6">
        <w:trPr>
          <w:jc w:val="center"/>
        </w:trPr>
        <w:tc>
          <w:tcPr>
            <w:tcW w:w="3407" w:type="dxa"/>
            <w:shd w:val="clear" w:color="auto" w:fill="008C95"/>
            <w:vAlign w:val="center"/>
          </w:tcPr>
          <w:p w14:paraId="2A32CDA5" w14:textId="77777777" w:rsidR="00780FC7" w:rsidRPr="0047008E" w:rsidRDefault="00BA2822" w:rsidP="00F551EE">
            <w:pPr>
              <w:jc w:val="both"/>
              <w:rPr>
                <w:rFonts w:ascii="Arial" w:hAnsi="Arial" w:cs="Arial"/>
                <w:color w:val="FFFFFF" w:themeColor="background1"/>
                <w:sz w:val="22"/>
                <w:szCs w:val="32"/>
              </w:rPr>
            </w:pPr>
            <w:r w:rsidRPr="0047008E">
              <w:rPr>
                <w:rFonts w:ascii="Arial" w:hAnsi="Arial" w:cs="Arial"/>
                <w:b/>
                <w:color w:val="FFFFFF" w:themeColor="background1"/>
                <w:sz w:val="22"/>
                <w:szCs w:val="32"/>
              </w:rPr>
              <w:t>Nome comercial</w:t>
            </w:r>
          </w:p>
        </w:tc>
        <w:tc>
          <w:tcPr>
            <w:tcW w:w="6236" w:type="dxa"/>
            <w:vAlign w:val="center"/>
          </w:tcPr>
          <w:p w14:paraId="7A07F5A0" w14:textId="00CB5C51" w:rsidR="00780FC7" w:rsidRPr="00F53E99" w:rsidRDefault="00780FC7" w:rsidP="00F551EE">
            <w:pPr>
              <w:jc w:val="both"/>
              <w:rPr>
                <w:rFonts w:ascii="Arial" w:hAnsi="Arial" w:cs="Arial"/>
                <w:sz w:val="22"/>
                <w:szCs w:val="32"/>
              </w:rPr>
            </w:pPr>
          </w:p>
        </w:tc>
      </w:tr>
      <w:tr w:rsidR="00780FC7" w:rsidRPr="00F53E99" w14:paraId="292DAADA" w14:textId="77777777" w:rsidTr="00A807E6">
        <w:trPr>
          <w:jc w:val="center"/>
        </w:trPr>
        <w:tc>
          <w:tcPr>
            <w:tcW w:w="3407" w:type="dxa"/>
            <w:shd w:val="clear" w:color="auto" w:fill="008C95"/>
            <w:vAlign w:val="center"/>
          </w:tcPr>
          <w:p w14:paraId="6DD06DC3" w14:textId="5B0EE74F" w:rsidR="00780FC7" w:rsidRPr="0047008E" w:rsidRDefault="00BA2822" w:rsidP="00F551EE">
            <w:pPr>
              <w:jc w:val="both"/>
              <w:rPr>
                <w:rFonts w:ascii="Arial" w:hAnsi="Arial" w:cs="Arial"/>
                <w:color w:val="FFFFFF" w:themeColor="background1"/>
                <w:sz w:val="22"/>
                <w:szCs w:val="32"/>
              </w:rPr>
            </w:pPr>
            <w:r w:rsidRPr="0047008E">
              <w:rPr>
                <w:rFonts w:ascii="Arial" w:hAnsi="Arial" w:cs="Arial"/>
                <w:b/>
                <w:color w:val="FFFFFF" w:themeColor="background1"/>
                <w:sz w:val="22"/>
                <w:szCs w:val="32"/>
              </w:rPr>
              <w:t>Razón social</w:t>
            </w:r>
          </w:p>
        </w:tc>
        <w:tc>
          <w:tcPr>
            <w:tcW w:w="6236" w:type="dxa"/>
            <w:vAlign w:val="center"/>
          </w:tcPr>
          <w:p w14:paraId="700FCCB8" w14:textId="77777777" w:rsidR="00780FC7" w:rsidRPr="00F53E99" w:rsidRDefault="00780FC7" w:rsidP="00F551EE">
            <w:pPr>
              <w:jc w:val="both"/>
              <w:rPr>
                <w:rFonts w:ascii="Arial" w:hAnsi="Arial" w:cs="Arial"/>
                <w:sz w:val="22"/>
                <w:szCs w:val="32"/>
              </w:rPr>
            </w:pPr>
          </w:p>
        </w:tc>
      </w:tr>
      <w:tr w:rsidR="00780FC7" w:rsidRPr="00F53E99" w14:paraId="614BE55E" w14:textId="77777777" w:rsidTr="00A807E6">
        <w:trPr>
          <w:jc w:val="center"/>
        </w:trPr>
        <w:tc>
          <w:tcPr>
            <w:tcW w:w="3407" w:type="dxa"/>
            <w:shd w:val="clear" w:color="auto" w:fill="008C95"/>
            <w:vAlign w:val="center"/>
          </w:tcPr>
          <w:p w14:paraId="58003859" w14:textId="77777777" w:rsidR="00780FC7" w:rsidRPr="0047008E" w:rsidRDefault="00BA2822" w:rsidP="00F551EE">
            <w:pPr>
              <w:jc w:val="both"/>
              <w:rPr>
                <w:rFonts w:ascii="Arial" w:hAnsi="Arial" w:cs="Arial"/>
                <w:color w:val="FFFFFF" w:themeColor="background1"/>
                <w:sz w:val="22"/>
                <w:szCs w:val="32"/>
              </w:rPr>
            </w:pPr>
            <w:r w:rsidRPr="0047008E">
              <w:rPr>
                <w:rFonts w:ascii="Arial" w:hAnsi="Arial" w:cs="Arial"/>
                <w:b/>
                <w:color w:val="FFFFFF" w:themeColor="background1"/>
                <w:sz w:val="22"/>
                <w:szCs w:val="32"/>
              </w:rPr>
              <w:t>NIF/CIF</w:t>
            </w:r>
          </w:p>
        </w:tc>
        <w:tc>
          <w:tcPr>
            <w:tcW w:w="6236" w:type="dxa"/>
            <w:vAlign w:val="center"/>
          </w:tcPr>
          <w:p w14:paraId="1B7E8F4B" w14:textId="77777777" w:rsidR="00780FC7" w:rsidRPr="00F53E99" w:rsidRDefault="00780FC7" w:rsidP="00F551EE">
            <w:pPr>
              <w:jc w:val="both"/>
              <w:rPr>
                <w:rFonts w:ascii="Arial" w:hAnsi="Arial" w:cs="Arial"/>
                <w:sz w:val="22"/>
                <w:szCs w:val="32"/>
              </w:rPr>
            </w:pPr>
          </w:p>
        </w:tc>
      </w:tr>
      <w:tr w:rsidR="008A7854" w:rsidRPr="00F53E99" w14:paraId="10CB9A0E" w14:textId="77777777" w:rsidTr="00A807E6">
        <w:trPr>
          <w:jc w:val="center"/>
        </w:trPr>
        <w:tc>
          <w:tcPr>
            <w:tcW w:w="3407" w:type="dxa"/>
            <w:shd w:val="clear" w:color="auto" w:fill="008C95"/>
            <w:vAlign w:val="center"/>
          </w:tcPr>
          <w:p w14:paraId="22EDDC2F" w14:textId="3E30C40E" w:rsidR="008A7854" w:rsidRPr="0047008E" w:rsidRDefault="008A7854" w:rsidP="008A7854">
            <w:pPr>
              <w:jc w:val="both"/>
              <w:rPr>
                <w:rFonts w:ascii="Arial" w:hAnsi="Arial" w:cs="Arial"/>
                <w:b/>
                <w:color w:val="FFFFFF" w:themeColor="background1"/>
                <w:sz w:val="22"/>
                <w:szCs w:val="32"/>
              </w:rPr>
            </w:pPr>
            <w:r w:rsidRPr="0047008E">
              <w:rPr>
                <w:rFonts w:ascii="Arial" w:hAnsi="Arial" w:cs="Arial"/>
                <w:b/>
                <w:color w:val="FFFFFF" w:themeColor="background1"/>
                <w:sz w:val="22"/>
                <w:szCs w:val="32"/>
              </w:rPr>
              <w:t>Municipio</w:t>
            </w:r>
          </w:p>
        </w:tc>
        <w:tc>
          <w:tcPr>
            <w:tcW w:w="6236" w:type="dxa"/>
            <w:vAlign w:val="center"/>
          </w:tcPr>
          <w:p w14:paraId="1A24CCA5" w14:textId="77777777" w:rsidR="008A7854" w:rsidRPr="00F53E99" w:rsidRDefault="008A7854" w:rsidP="008A7854">
            <w:pPr>
              <w:jc w:val="both"/>
              <w:rPr>
                <w:rFonts w:ascii="Arial" w:hAnsi="Arial" w:cs="Arial"/>
                <w:sz w:val="22"/>
                <w:szCs w:val="32"/>
              </w:rPr>
            </w:pPr>
          </w:p>
        </w:tc>
      </w:tr>
      <w:tr w:rsidR="008A7854" w:rsidRPr="00F53E99" w14:paraId="4EBBEED4" w14:textId="77777777" w:rsidTr="00A807E6">
        <w:trPr>
          <w:jc w:val="center"/>
        </w:trPr>
        <w:tc>
          <w:tcPr>
            <w:tcW w:w="3407" w:type="dxa"/>
            <w:shd w:val="clear" w:color="auto" w:fill="008C95"/>
            <w:vAlign w:val="center"/>
          </w:tcPr>
          <w:p w14:paraId="7047EB96" w14:textId="1363D871" w:rsidR="008A7854" w:rsidRPr="0047008E" w:rsidRDefault="008A7854" w:rsidP="008A7854">
            <w:pPr>
              <w:jc w:val="both"/>
              <w:rPr>
                <w:rFonts w:ascii="Arial" w:hAnsi="Arial" w:cs="Arial"/>
                <w:b/>
                <w:color w:val="FFFFFF" w:themeColor="background1"/>
                <w:sz w:val="22"/>
                <w:szCs w:val="32"/>
              </w:rPr>
            </w:pPr>
            <w:r w:rsidRPr="0047008E">
              <w:rPr>
                <w:rFonts w:ascii="Arial" w:hAnsi="Arial" w:cs="Arial"/>
                <w:b/>
                <w:color w:val="FFFFFF" w:themeColor="background1"/>
                <w:sz w:val="22"/>
                <w:szCs w:val="32"/>
              </w:rPr>
              <w:t>Domicilio</w:t>
            </w:r>
          </w:p>
        </w:tc>
        <w:tc>
          <w:tcPr>
            <w:tcW w:w="6236" w:type="dxa"/>
            <w:vAlign w:val="center"/>
          </w:tcPr>
          <w:p w14:paraId="1225C9D0" w14:textId="77777777" w:rsidR="008A7854" w:rsidRPr="00F53E99" w:rsidRDefault="008A7854" w:rsidP="008A7854">
            <w:pPr>
              <w:jc w:val="both"/>
              <w:rPr>
                <w:rFonts w:ascii="Arial" w:hAnsi="Arial" w:cs="Arial"/>
                <w:sz w:val="22"/>
                <w:szCs w:val="32"/>
              </w:rPr>
            </w:pPr>
          </w:p>
        </w:tc>
      </w:tr>
      <w:tr w:rsidR="008A7854" w:rsidRPr="00F53E99" w14:paraId="2C9B1AAD" w14:textId="77777777" w:rsidTr="00A807E6">
        <w:trPr>
          <w:jc w:val="center"/>
        </w:trPr>
        <w:tc>
          <w:tcPr>
            <w:tcW w:w="3407" w:type="dxa"/>
            <w:shd w:val="clear" w:color="auto" w:fill="008C95"/>
            <w:vAlign w:val="center"/>
          </w:tcPr>
          <w:p w14:paraId="37AB3F09" w14:textId="77777777" w:rsidR="008A7854" w:rsidRPr="0047008E" w:rsidRDefault="008A7854" w:rsidP="008A7854">
            <w:pPr>
              <w:jc w:val="both"/>
              <w:rPr>
                <w:rFonts w:ascii="Arial" w:hAnsi="Arial" w:cs="Arial"/>
                <w:color w:val="FFFFFF" w:themeColor="background1"/>
                <w:sz w:val="22"/>
                <w:szCs w:val="32"/>
              </w:rPr>
            </w:pPr>
            <w:proofErr w:type="spellStart"/>
            <w:r w:rsidRPr="0047008E">
              <w:rPr>
                <w:rFonts w:ascii="Arial" w:hAnsi="Arial" w:cs="Arial"/>
                <w:b/>
                <w:color w:val="FFFFFF" w:themeColor="background1"/>
                <w:sz w:val="22"/>
                <w:szCs w:val="32"/>
              </w:rPr>
              <w:t>Web</w:t>
            </w:r>
            <w:proofErr w:type="spellEnd"/>
          </w:p>
        </w:tc>
        <w:tc>
          <w:tcPr>
            <w:tcW w:w="6236" w:type="dxa"/>
            <w:vAlign w:val="center"/>
          </w:tcPr>
          <w:p w14:paraId="3F9E07B9" w14:textId="77777777" w:rsidR="008A7854" w:rsidRPr="00F53E99" w:rsidRDefault="008A7854" w:rsidP="008A7854">
            <w:pPr>
              <w:jc w:val="both"/>
              <w:rPr>
                <w:rFonts w:ascii="Arial" w:hAnsi="Arial" w:cs="Arial"/>
                <w:sz w:val="22"/>
                <w:szCs w:val="32"/>
              </w:rPr>
            </w:pPr>
          </w:p>
        </w:tc>
      </w:tr>
      <w:tr w:rsidR="008A7854" w:rsidRPr="00F53E99" w14:paraId="41942F24" w14:textId="77777777" w:rsidTr="00A807E6">
        <w:trPr>
          <w:jc w:val="center"/>
        </w:trPr>
        <w:tc>
          <w:tcPr>
            <w:tcW w:w="3407" w:type="dxa"/>
            <w:shd w:val="clear" w:color="auto" w:fill="008C95"/>
            <w:vAlign w:val="center"/>
          </w:tcPr>
          <w:p w14:paraId="212DF2DA" w14:textId="77777777" w:rsidR="008A7854" w:rsidRPr="0047008E" w:rsidRDefault="008A7854" w:rsidP="008A7854">
            <w:pPr>
              <w:jc w:val="both"/>
              <w:rPr>
                <w:rFonts w:ascii="Arial" w:hAnsi="Arial" w:cs="Arial"/>
                <w:color w:val="FFFFFF" w:themeColor="background1"/>
                <w:sz w:val="22"/>
                <w:szCs w:val="32"/>
              </w:rPr>
            </w:pPr>
            <w:r w:rsidRPr="0047008E">
              <w:rPr>
                <w:rFonts w:ascii="Arial" w:hAnsi="Arial" w:cs="Arial"/>
                <w:b/>
                <w:color w:val="FFFFFF" w:themeColor="background1"/>
                <w:sz w:val="22"/>
                <w:szCs w:val="32"/>
              </w:rPr>
              <w:t>Persoa de contacto</w:t>
            </w:r>
          </w:p>
        </w:tc>
        <w:tc>
          <w:tcPr>
            <w:tcW w:w="6236" w:type="dxa"/>
            <w:vAlign w:val="center"/>
          </w:tcPr>
          <w:p w14:paraId="7ACA6511" w14:textId="77777777" w:rsidR="008A7854" w:rsidRPr="00F53E99" w:rsidRDefault="008A7854" w:rsidP="008A7854">
            <w:pPr>
              <w:jc w:val="both"/>
              <w:rPr>
                <w:rFonts w:ascii="Arial" w:hAnsi="Arial" w:cs="Arial"/>
                <w:sz w:val="22"/>
                <w:szCs w:val="32"/>
              </w:rPr>
            </w:pPr>
          </w:p>
        </w:tc>
      </w:tr>
      <w:tr w:rsidR="008A7854" w:rsidRPr="00F53E99" w14:paraId="0C9C19DD" w14:textId="77777777" w:rsidTr="00A807E6">
        <w:trPr>
          <w:jc w:val="center"/>
        </w:trPr>
        <w:tc>
          <w:tcPr>
            <w:tcW w:w="3407" w:type="dxa"/>
            <w:shd w:val="clear" w:color="auto" w:fill="008C95"/>
            <w:vAlign w:val="center"/>
          </w:tcPr>
          <w:p w14:paraId="6CE15C8E" w14:textId="77777777" w:rsidR="008A7854" w:rsidRPr="0047008E" w:rsidRDefault="008A7854" w:rsidP="008A7854">
            <w:pPr>
              <w:jc w:val="both"/>
              <w:rPr>
                <w:rFonts w:ascii="Arial" w:hAnsi="Arial" w:cs="Arial"/>
                <w:color w:val="FFFFFF" w:themeColor="background1"/>
                <w:sz w:val="22"/>
                <w:szCs w:val="32"/>
              </w:rPr>
            </w:pPr>
            <w:r w:rsidRPr="0047008E">
              <w:rPr>
                <w:rFonts w:ascii="Arial" w:hAnsi="Arial" w:cs="Arial"/>
                <w:b/>
                <w:color w:val="FFFFFF" w:themeColor="background1"/>
                <w:sz w:val="22"/>
                <w:szCs w:val="32"/>
              </w:rPr>
              <w:t>Cargo</w:t>
            </w:r>
          </w:p>
        </w:tc>
        <w:tc>
          <w:tcPr>
            <w:tcW w:w="6236" w:type="dxa"/>
            <w:vAlign w:val="center"/>
          </w:tcPr>
          <w:p w14:paraId="1CA8A3AE" w14:textId="77777777" w:rsidR="008A7854" w:rsidRPr="00F53E99" w:rsidRDefault="008A7854" w:rsidP="008A7854">
            <w:pPr>
              <w:jc w:val="both"/>
              <w:rPr>
                <w:rFonts w:ascii="Arial" w:hAnsi="Arial" w:cs="Arial"/>
                <w:sz w:val="22"/>
                <w:szCs w:val="32"/>
              </w:rPr>
            </w:pPr>
          </w:p>
        </w:tc>
      </w:tr>
    </w:tbl>
    <w:p w14:paraId="5B98E9FB" w14:textId="7726920A" w:rsidR="00F551EE" w:rsidRPr="00F53E99" w:rsidRDefault="00F551EE" w:rsidP="00F551EE">
      <w:pPr>
        <w:jc w:val="both"/>
        <w:rPr>
          <w:rFonts w:ascii="Arial" w:hAnsi="Arial" w:cs="Arial"/>
        </w:rPr>
      </w:pPr>
    </w:p>
    <w:p w14:paraId="69CFA16B" w14:textId="41AF5630" w:rsidR="001811D5" w:rsidRPr="00F53E99" w:rsidRDefault="001811D5" w:rsidP="001811D5">
      <w:pPr>
        <w:pStyle w:val="Ttulo1"/>
        <w:numPr>
          <w:ilvl w:val="0"/>
          <w:numId w:val="10"/>
        </w:numPr>
        <w:jc w:val="both"/>
        <w:rPr>
          <w:rFonts w:ascii="Arial" w:eastAsia="Albert Sans" w:hAnsi="Arial" w:cs="Arial"/>
          <w:color w:val="00426A"/>
        </w:rPr>
      </w:pPr>
      <w:r w:rsidRPr="00F53E99">
        <w:rPr>
          <w:rFonts w:ascii="Arial" w:eastAsia="Albert Sans" w:hAnsi="Arial" w:cs="Arial"/>
          <w:color w:val="00426A"/>
        </w:rPr>
        <w:t>D</w:t>
      </w:r>
      <w:r w:rsidR="00923F3B" w:rsidRPr="00F53E99">
        <w:rPr>
          <w:rFonts w:ascii="Arial" w:eastAsia="Albert Sans" w:hAnsi="Arial" w:cs="Arial"/>
          <w:color w:val="00426A"/>
        </w:rPr>
        <w:t>escrición da actividade</w:t>
      </w:r>
    </w:p>
    <w:p w14:paraId="0FA3710B" w14:textId="77777777" w:rsidR="001811D5" w:rsidRPr="00F53E99" w:rsidRDefault="001811D5" w:rsidP="00F551EE">
      <w:pPr>
        <w:jc w:val="both"/>
        <w:rPr>
          <w:rFonts w:ascii="Arial" w:hAnsi="Arial" w:cs="Arial"/>
        </w:rPr>
      </w:pPr>
    </w:p>
    <w:p w14:paraId="543B9C98" w14:textId="12A24466" w:rsidR="00F4538D" w:rsidRPr="00F53E99" w:rsidRDefault="002036D4" w:rsidP="00F4538D">
      <w:pPr>
        <w:spacing w:after="120"/>
        <w:jc w:val="both"/>
        <w:rPr>
          <w:rFonts w:ascii="Arial" w:hAnsi="Arial" w:cs="Arial"/>
          <w:sz w:val="24"/>
          <w:szCs w:val="32"/>
        </w:rPr>
      </w:pPr>
      <w:r w:rsidRPr="00F53E99">
        <w:rPr>
          <w:rFonts w:ascii="Arial" w:hAnsi="Arial" w:cs="Arial"/>
          <w:sz w:val="22"/>
          <w:szCs w:val="28"/>
        </w:rPr>
        <w:t xml:space="preserve">Para a </w:t>
      </w:r>
      <w:proofErr w:type="spellStart"/>
      <w:r w:rsidRPr="00F53E99">
        <w:rPr>
          <w:rFonts w:ascii="Arial" w:hAnsi="Arial" w:cs="Arial"/>
          <w:sz w:val="22"/>
          <w:szCs w:val="28"/>
        </w:rPr>
        <w:t>cumprimentación</w:t>
      </w:r>
      <w:proofErr w:type="spellEnd"/>
      <w:r w:rsidRPr="00F53E99">
        <w:rPr>
          <w:rFonts w:ascii="Arial" w:hAnsi="Arial" w:cs="Arial"/>
          <w:sz w:val="22"/>
          <w:szCs w:val="28"/>
        </w:rPr>
        <w:t xml:space="preserve"> dos seguintes campos, pode vostede facer uso da extensión ou caracteres que desexe.</w:t>
      </w:r>
    </w:p>
    <w:p w14:paraId="0DF35F7E" w14:textId="4164E998" w:rsidR="00F4538D" w:rsidRPr="00F53E99" w:rsidRDefault="00C32E83" w:rsidP="00F4538D">
      <w:pPr>
        <w:jc w:val="both"/>
        <w:rPr>
          <w:rFonts w:ascii="Arial" w:hAnsi="Arial" w:cs="Arial"/>
          <w:sz w:val="20"/>
          <w:szCs w:val="24"/>
        </w:rPr>
      </w:pPr>
      <w:r w:rsidRPr="00F53E99">
        <w:rPr>
          <w:rFonts w:ascii="Arial" w:hAnsi="Arial" w:cs="Arial"/>
          <w:b/>
          <w:color w:val="00426A"/>
          <w:sz w:val="20"/>
          <w:szCs w:val="24"/>
        </w:rPr>
        <w:t>Historia / traxectoria profesional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416"/>
      </w:tblGrid>
      <w:tr w:rsidR="00F4538D" w:rsidRPr="00F53E99" w14:paraId="2A9AE1C2" w14:textId="77777777" w:rsidTr="00A807E6">
        <w:tc>
          <w:tcPr>
            <w:tcW w:w="10426" w:type="dxa"/>
            <w:vAlign w:val="center"/>
          </w:tcPr>
          <w:p w14:paraId="7020F8DE" w14:textId="627DBE6A" w:rsidR="00C32E83" w:rsidRPr="00F53E99" w:rsidRDefault="00F4538D" w:rsidP="00DF0D67">
            <w:pPr>
              <w:rPr>
                <w:rFonts w:ascii="Arial" w:hAnsi="Arial" w:cs="Arial"/>
                <w:sz w:val="20"/>
                <w:szCs w:val="24"/>
              </w:rPr>
            </w:pPr>
            <w:r w:rsidRPr="00F53E99">
              <w:rPr>
                <w:rFonts w:ascii="Arial" w:hAnsi="Arial" w:cs="Arial"/>
                <w:sz w:val="20"/>
                <w:szCs w:val="24"/>
              </w:rPr>
              <w:br/>
            </w:r>
            <w:r w:rsidRPr="00F53E99">
              <w:rPr>
                <w:rFonts w:ascii="Arial" w:hAnsi="Arial" w:cs="Arial"/>
                <w:sz w:val="20"/>
                <w:szCs w:val="24"/>
              </w:rPr>
              <w:br/>
            </w:r>
          </w:p>
          <w:p w14:paraId="32BFA013" w14:textId="77777777" w:rsidR="00C32E83" w:rsidRPr="00F53E99" w:rsidRDefault="00C32E83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75425BAD" w14:textId="77777777" w:rsidR="00C32E83" w:rsidRPr="00F53E99" w:rsidRDefault="00C32E83" w:rsidP="00DF0D67">
            <w:pPr>
              <w:rPr>
                <w:rFonts w:ascii="Arial" w:hAnsi="Arial" w:cs="Arial"/>
                <w:color w:val="1F1F1F"/>
                <w:sz w:val="20"/>
                <w:szCs w:val="24"/>
              </w:rPr>
            </w:pPr>
          </w:p>
          <w:p w14:paraId="3172DE70" w14:textId="77777777" w:rsidR="00C32E83" w:rsidRPr="00F53E99" w:rsidRDefault="00C32E83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1CB6E3D9" w14:textId="77777777" w:rsidR="00C32E83" w:rsidRPr="00F53E99" w:rsidRDefault="00C32E83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22387684" w14:textId="77777777" w:rsidR="00C32E83" w:rsidRPr="00F53E99" w:rsidRDefault="00C32E83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3A2D3BAC" w14:textId="77777777" w:rsidR="000E04F0" w:rsidRPr="00F53E99" w:rsidRDefault="000E04F0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4CA32A4E" w14:textId="2F4FC4AA" w:rsidR="00F4538D" w:rsidRPr="00F53E99" w:rsidRDefault="00F4538D" w:rsidP="00DF0D67">
            <w:pPr>
              <w:rPr>
                <w:rFonts w:ascii="Arial" w:hAnsi="Arial" w:cs="Arial"/>
                <w:sz w:val="20"/>
                <w:szCs w:val="24"/>
              </w:rPr>
            </w:pPr>
            <w:r w:rsidRPr="00F53E99">
              <w:rPr>
                <w:rFonts w:ascii="Arial" w:hAnsi="Arial" w:cs="Arial"/>
                <w:sz w:val="20"/>
                <w:szCs w:val="24"/>
              </w:rPr>
              <w:br/>
            </w:r>
          </w:p>
        </w:tc>
      </w:tr>
    </w:tbl>
    <w:p w14:paraId="0CC0366F" w14:textId="77777777" w:rsidR="00C32E83" w:rsidRPr="00F53E99" w:rsidRDefault="00C32E83" w:rsidP="00F4538D">
      <w:pPr>
        <w:jc w:val="both"/>
        <w:rPr>
          <w:rFonts w:ascii="Arial" w:hAnsi="Arial" w:cs="Arial"/>
          <w:b/>
          <w:color w:val="00426A"/>
          <w:sz w:val="20"/>
          <w:szCs w:val="24"/>
        </w:rPr>
      </w:pPr>
    </w:p>
    <w:p w14:paraId="12D386C7" w14:textId="00089E0A" w:rsidR="00F4538D" w:rsidRPr="00F53E99" w:rsidRDefault="00C32E83" w:rsidP="00F4538D">
      <w:pPr>
        <w:jc w:val="both"/>
        <w:rPr>
          <w:rFonts w:ascii="Arial" w:hAnsi="Arial" w:cs="Arial"/>
          <w:sz w:val="20"/>
          <w:szCs w:val="24"/>
        </w:rPr>
      </w:pPr>
      <w:r w:rsidRPr="00F53E99">
        <w:rPr>
          <w:rFonts w:ascii="Arial" w:hAnsi="Arial" w:cs="Arial"/>
          <w:b/>
          <w:color w:val="00426A"/>
          <w:sz w:val="20"/>
          <w:szCs w:val="24"/>
        </w:rPr>
        <w:t>Instalacións (se procede)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416"/>
      </w:tblGrid>
      <w:tr w:rsidR="00F4538D" w:rsidRPr="00F53E99" w14:paraId="35A79AE0" w14:textId="77777777" w:rsidTr="00A807E6">
        <w:tc>
          <w:tcPr>
            <w:tcW w:w="10426" w:type="dxa"/>
            <w:vAlign w:val="center"/>
          </w:tcPr>
          <w:p w14:paraId="7F6CA158" w14:textId="77777777" w:rsidR="00C32E83" w:rsidRPr="00F53E99" w:rsidRDefault="00F4538D" w:rsidP="00DF0D67">
            <w:pPr>
              <w:rPr>
                <w:rFonts w:ascii="Arial" w:hAnsi="Arial" w:cs="Arial"/>
                <w:sz w:val="20"/>
                <w:szCs w:val="24"/>
              </w:rPr>
            </w:pPr>
            <w:r w:rsidRPr="00F53E99">
              <w:rPr>
                <w:rFonts w:ascii="Arial" w:hAnsi="Arial" w:cs="Arial"/>
                <w:sz w:val="20"/>
                <w:szCs w:val="24"/>
              </w:rPr>
              <w:br/>
            </w:r>
          </w:p>
          <w:p w14:paraId="4ADCB5DC" w14:textId="77777777" w:rsidR="000E04F0" w:rsidRPr="00F53E99" w:rsidRDefault="000E04F0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36F505CB" w14:textId="77777777" w:rsidR="000E04F0" w:rsidRPr="00F53E99" w:rsidRDefault="000E04F0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0AE59E58" w14:textId="77777777" w:rsidR="000E04F0" w:rsidRPr="00F53E99" w:rsidRDefault="000E04F0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4206A200" w14:textId="77777777" w:rsidR="000E04F0" w:rsidRPr="00F53E99" w:rsidRDefault="000E04F0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52015264" w14:textId="77777777" w:rsidR="00C32E83" w:rsidRPr="00F53E99" w:rsidRDefault="00C32E83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239DDFBB" w14:textId="77777777" w:rsidR="00C32E83" w:rsidRPr="00F53E99" w:rsidRDefault="00C32E83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57E635B7" w14:textId="17C2B4C6" w:rsidR="00F4538D" w:rsidRPr="00F53E99" w:rsidRDefault="00F4538D" w:rsidP="00DF0D67">
            <w:pPr>
              <w:rPr>
                <w:rFonts w:ascii="Arial" w:hAnsi="Arial" w:cs="Arial"/>
                <w:sz w:val="20"/>
                <w:szCs w:val="24"/>
              </w:rPr>
            </w:pPr>
            <w:r w:rsidRPr="00F53E99">
              <w:rPr>
                <w:rFonts w:ascii="Arial" w:hAnsi="Arial" w:cs="Arial"/>
                <w:sz w:val="20"/>
                <w:szCs w:val="24"/>
              </w:rPr>
              <w:br/>
            </w:r>
            <w:r w:rsidRPr="00F53E99">
              <w:rPr>
                <w:rFonts w:ascii="Arial" w:hAnsi="Arial" w:cs="Arial"/>
                <w:sz w:val="20"/>
                <w:szCs w:val="24"/>
              </w:rPr>
              <w:br/>
            </w:r>
          </w:p>
        </w:tc>
      </w:tr>
    </w:tbl>
    <w:p w14:paraId="6F0E9C46" w14:textId="77777777" w:rsidR="00BA678B" w:rsidRPr="00F53E99" w:rsidRDefault="00BA678B" w:rsidP="00F4538D">
      <w:pPr>
        <w:jc w:val="both"/>
        <w:rPr>
          <w:rFonts w:ascii="Arial" w:hAnsi="Arial" w:cs="Arial"/>
          <w:b/>
          <w:color w:val="00426A"/>
          <w:sz w:val="20"/>
          <w:szCs w:val="24"/>
        </w:rPr>
      </w:pPr>
    </w:p>
    <w:p w14:paraId="79ED64B4" w14:textId="70AAF455" w:rsidR="00F4538D" w:rsidRPr="00F53E99" w:rsidRDefault="00F4538D" w:rsidP="00F4538D">
      <w:pPr>
        <w:jc w:val="both"/>
        <w:rPr>
          <w:rFonts w:ascii="Arial" w:hAnsi="Arial" w:cs="Arial"/>
          <w:sz w:val="20"/>
          <w:szCs w:val="24"/>
        </w:rPr>
      </w:pPr>
      <w:r w:rsidRPr="00F53E99">
        <w:rPr>
          <w:rFonts w:ascii="Arial" w:hAnsi="Arial" w:cs="Arial"/>
          <w:b/>
          <w:color w:val="00426A"/>
          <w:sz w:val="20"/>
          <w:szCs w:val="24"/>
        </w:rPr>
        <w:t>Servizos</w:t>
      </w:r>
      <w:r w:rsidR="00BA678B" w:rsidRPr="00F53E99">
        <w:rPr>
          <w:rFonts w:ascii="Arial" w:hAnsi="Arial" w:cs="Arial"/>
          <w:b/>
          <w:color w:val="00426A"/>
          <w:sz w:val="20"/>
          <w:szCs w:val="24"/>
        </w:rPr>
        <w:t xml:space="preserve"> / produtos</w:t>
      </w:r>
      <w:r w:rsidRPr="00F53E99">
        <w:rPr>
          <w:rFonts w:ascii="Arial" w:hAnsi="Arial" w:cs="Arial"/>
          <w:b/>
          <w:color w:val="00426A"/>
          <w:sz w:val="20"/>
          <w:szCs w:val="24"/>
        </w:rPr>
        <w:t xml:space="preserve"> ofertados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416"/>
      </w:tblGrid>
      <w:tr w:rsidR="00F4538D" w:rsidRPr="00F53E99" w14:paraId="018EB547" w14:textId="77777777" w:rsidTr="00A807E6">
        <w:tc>
          <w:tcPr>
            <w:tcW w:w="10426" w:type="dxa"/>
            <w:vAlign w:val="center"/>
          </w:tcPr>
          <w:p w14:paraId="7DD25494" w14:textId="2293EA2C" w:rsidR="00BA678B" w:rsidRPr="00F53E99" w:rsidRDefault="00BA678B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432A187A" w14:textId="77777777" w:rsidR="00BA678B" w:rsidRPr="00F53E99" w:rsidRDefault="00BA678B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6FD5D2D6" w14:textId="77777777" w:rsidR="000E04F0" w:rsidRPr="00F53E99" w:rsidRDefault="000E04F0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4CABE322" w14:textId="77777777" w:rsidR="00BA678B" w:rsidRPr="00F53E99" w:rsidRDefault="00BA678B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13CEAEEC" w14:textId="77777777" w:rsidR="00BA678B" w:rsidRPr="00F53E99" w:rsidRDefault="00BA678B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6F9E2AA4" w14:textId="77777777" w:rsidR="000E04F0" w:rsidRPr="00F53E99" w:rsidRDefault="000E04F0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45F1A019" w14:textId="77777777" w:rsidR="000E04F0" w:rsidRPr="00F53E99" w:rsidRDefault="000E04F0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46CC0E52" w14:textId="77777777" w:rsidR="000E04F0" w:rsidRPr="00F53E99" w:rsidRDefault="000E04F0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5E057BA6" w14:textId="77777777" w:rsidR="000E04F0" w:rsidRPr="00F53E99" w:rsidRDefault="000E04F0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128BC2C7" w14:textId="77777777" w:rsidR="00BA678B" w:rsidRPr="00F53E99" w:rsidRDefault="00BA678B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457278B0" w14:textId="77777777" w:rsidR="00BA678B" w:rsidRPr="00F53E99" w:rsidRDefault="00BA678B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431560C4" w14:textId="77777777" w:rsidR="002D055B" w:rsidRPr="00F53E99" w:rsidRDefault="00F4538D" w:rsidP="00DF0D67">
            <w:pPr>
              <w:rPr>
                <w:rFonts w:ascii="Arial" w:hAnsi="Arial" w:cs="Arial"/>
                <w:sz w:val="20"/>
                <w:szCs w:val="24"/>
              </w:rPr>
            </w:pPr>
            <w:r w:rsidRPr="00F53E99">
              <w:rPr>
                <w:rFonts w:ascii="Arial" w:hAnsi="Arial" w:cs="Arial"/>
                <w:sz w:val="20"/>
                <w:szCs w:val="24"/>
              </w:rPr>
              <w:br/>
            </w:r>
          </w:p>
          <w:p w14:paraId="233D4BB9" w14:textId="1F8B6E5B" w:rsidR="00F4538D" w:rsidRPr="00F53E99" w:rsidRDefault="00F4538D" w:rsidP="00DF0D67">
            <w:pPr>
              <w:rPr>
                <w:rFonts w:ascii="Arial" w:hAnsi="Arial" w:cs="Arial"/>
                <w:sz w:val="20"/>
                <w:szCs w:val="24"/>
              </w:rPr>
            </w:pPr>
            <w:r w:rsidRPr="00F53E99">
              <w:rPr>
                <w:rFonts w:ascii="Arial" w:hAnsi="Arial" w:cs="Arial"/>
                <w:sz w:val="20"/>
                <w:szCs w:val="24"/>
              </w:rPr>
              <w:br/>
            </w:r>
            <w:r w:rsidRPr="00F53E99">
              <w:rPr>
                <w:rFonts w:ascii="Arial" w:hAnsi="Arial" w:cs="Arial"/>
                <w:sz w:val="20"/>
                <w:szCs w:val="24"/>
              </w:rPr>
              <w:br/>
            </w:r>
          </w:p>
        </w:tc>
      </w:tr>
    </w:tbl>
    <w:p w14:paraId="53331648" w14:textId="77777777" w:rsidR="000E04F0" w:rsidRPr="00F53E99" w:rsidRDefault="000E04F0" w:rsidP="00F4538D">
      <w:pPr>
        <w:jc w:val="both"/>
        <w:rPr>
          <w:rFonts w:ascii="Arial" w:hAnsi="Arial" w:cs="Arial"/>
          <w:b/>
          <w:color w:val="00426A"/>
          <w:sz w:val="20"/>
          <w:szCs w:val="24"/>
        </w:rPr>
      </w:pPr>
    </w:p>
    <w:p w14:paraId="5ACD19B1" w14:textId="697F497C" w:rsidR="00F4538D" w:rsidRPr="00F53E99" w:rsidRDefault="00F4538D" w:rsidP="00F4538D">
      <w:pPr>
        <w:jc w:val="both"/>
        <w:rPr>
          <w:rFonts w:ascii="Arial" w:hAnsi="Arial" w:cs="Arial"/>
          <w:sz w:val="20"/>
          <w:szCs w:val="24"/>
        </w:rPr>
      </w:pPr>
      <w:r w:rsidRPr="00F53E99">
        <w:rPr>
          <w:rFonts w:ascii="Arial" w:hAnsi="Arial" w:cs="Arial"/>
          <w:b/>
          <w:color w:val="00426A"/>
          <w:sz w:val="20"/>
          <w:szCs w:val="24"/>
        </w:rPr>
        <w:t>Relación co territorio Galicia Suroeste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416"/>
      </w:tblGrid>
      <w:tr w:rsidR="00F4538D" w:rsidRPr="00F53E99" w14:paraId="2F7C7370" w14:textId="77777777" w:rsidTr="00A807E6">
        <w:tc>
          <w:tcPr>
            <w:tcW w:w="10426" w:type="dxa"/>
            <w:vAlign w:val="center"/>
          </w:tcPr>
          <w:p w14:paraId="67F3F537" w14:textId="59288A68" w:rsidR="000E04F0" w:rsidRPr="00F53E99" w:rsidRDefault="00F4538D" w:rsidP="00DF0D67">
            <w:pPr>
              <w:rPr>
                <w:rFonts w:ascii="Arial" w:hAnsi="Arial" w:cs="Arial"/>
                <w:sz w:val="20"/>
                <w:szCs w:val="24"/>
              </w:rPr>
            </w:pPr>
            <w:r w:rsidRPr="00F53E99">
              <w:rPr>
                <w:rFonts w:ascii="Arial" w:hAnsi="Arial" w:cs="Arial"/>
                <w:sz w:val="20"/>
                <w:szCs w:val="24"/>
              </w:rPr>
              <w:br/>
            </w:r>
          </w:p>
          <w:p w14:paraId="19D414A5" w14:textId="77777777" w:rsidR="000E04F0" w:rsidRPr="00F53E99" w:rsidRDefault="000E04F0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7589AB16" w14:textId="77777777" w:rsidR="000E04F0" w:rsidRPr="00F53E99" w:rsidRDefault="000E04F0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20165F32" w14:textId="77777777" w:rsidR="000E04F0" w:rsidRPr="00F53E99" w:rsidRDefault="000E04F0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0A93E54D" w14:textId="77777777" w:rsidR="000E04F0" w:rsidRPr="00F53E99" w:rsidRDefault="000E04F0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65E1FB2C" w14:textId="77777777" w:rsidR="000E04F0" w:rsidRPr="00F53E99" w:rsidRDefault="000E04F0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6E6648D2" w14:textId="77777777" w:rsidR="000E04F0" w:rsidRPr="00F53E99" w:rsidRDefault="000E04F0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7C29638E" w14:textId="77777777" w:rsidR="000E04F0" w:rsidRPr="00F53E99" w:rsidRDefault="000E04F0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095F7E49" w14:textId="65049733" w:rsidR="00F4538D" w:rsidRPr="00F53E99" w:rsidRDefault="00F4538D" w:rsidP="00DF0D67">
            <w:pPr>
              <w:rPr>
                <w:rFonts w:ascii="Arial" w:hAnsi="Arial" w:cs="Arial"/>
                <w:sz w:val="20"/>
                <w:szCs w:val="24"/>
              </w:rPr>
            </w:pPr>
            <w:r w:rsidRPr="00F53E99">
              <w:rPr>
                <w:rFonts w:ascii="Arial" w:hAnsi="Arial" w:cs="Arial"/>
                <w:sz w:val="20"/>
                <w:szCs w:val="24"/>
              </w:rPr>
              <w:br/>
            </w:r>
            <w:r w:rsidRPr="00F53E99">
              <w:rPr>
                <w:rFonts w:ascii="Arial" w:hAnsi="Arial" w:cs="Arial"/>
                <w:sz w:val="20"/>
                <w:szCs w:val="24"/>
              </w:rPr>
              <w:br/>
            </w:r>
          </w:p>
        </w:tc>
      </w:tr>
    </w:tbl>
    <w:p w14:paraId="4567CC98" w14:textId="77777777" w:rsidR="000E04F0" w:rsidRPr="00F53E99" w:rsidRDefault="000E04F0" w:rsidP="00F4538D">
      <w:pPr>
        <w:jc w:val="both"/>
        <w:rPr>
          <w:rFonts w:ascii="Arial" w:hAnsi="Arial" w:cs="Arial"/>
          <w:b/>
          <w:color w:val="00426A"/>
          <w:sz w:val="20"/>
          <w:szCs w:val="24"/>
        </w:rPr>
      </w:pPr>
    </w:p>
    <w:p w14:paraId="5E167160" w14:textId="5A9947E4" w:rsidR="00F4538D" w:rsidRPr="00F53E99" w:rsidRDefault="00F4538D" w:rsidP="00F4538D">
      <w:pPr>
        <w:jc w:val="both"/>
        <w:rPr>
          <w:rFonts w:ascii="Arial" w:hAnsi="Arial" w:cs="Arial"/>
          <w:sz w:val="20"/>
          <w:szCs w:val="24"/>
        </w:rPr>
      </w:pPr>
      <w:r w:rsidRPr="00F53E99">
        <w:rPr>
          <w:rFonts w:ascii="Arial" w:hAnsi="Arial" w:cs="Arial"/>
          <w:b/>
          <w:color w:val="00426A"/>
          <w:sz w:val="20"/>
          <w:szCs w:val="24"/>
        </w:rPr>
        <w:t>Canles de comercialización e promoción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416"/>
      </w:tblGrid>
      <w:tr w:rsidR="00F4538D" w:rsidRPr="00F53E99" w14:paraId="3ECA259C" w14:textId="77777777" w:rsidTr="00A807E6">
        <w:tc>
          <w:tcPr>
            <w:tcW w:w="10426" w:type="dxa"/>
            <w:vAlign w:val="center"/>
          </w:tcPr>
          <w:p w14:paraId="32720D89" w14:textId="301D3E51" w:rsidR="000E04F0" w:rsidRPr="00F53E99" w:rsidRDefault="00F4538D" w:rsidP="00DF0D67">
            <w:pPr>
              <w:rPr>
                <w:rFonts w:ascii="Arial" w:hAnsi="Arial" w:cs="Arial"/>
                <w:sz w:val="20"/>
                <w:szCs w:val="24"/>
              </w:rPr>
            </w:pPr>
            <w:r w:rsidRPr="00F53E99">
              <w:rPr>
                <w:rFonts w:ascii="Arial" w:hAnsi="Arial" w:cs="Arial"/>
                <w:sz w:val="20"/>
                <w:szCs w:val="24"/>
              </w:rPr>
              <w:br/>
            </w:r>
          </w:p>
          <w:p w14:paraId="6B937291" w14:textId="77777777" w:rsidR="000E04F0" w:rsidRPr="00F53E99" w:rsidRDefault="000E04F0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46EFDDD0" w14:textId="77777777" w:rsidR="000E04F0" w:rsidRPr="00F53E99" w:rsidRDefault="000E04F0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1A67E826" w14:textId="77777777" w:rsidR="000E04F0" w:rsidRPr="00F53E99" w:rsidRDefault="000E04F0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34A48036" w14:textId="77777777" w:rsidR="000E04F0" w:rsidRPr="00F53E99" w:rsidRDefault="000E04F0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51F24C2A" w14:textId="77777777" w:rsidR="000E04F0" w:rsidRPr="00F53E99" w:rsidRDefault="000E04F0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2D196551" w14:textId="77777777" w:rsidR="000E04F0" w:rsidRPr="00F53E99" w:rsidRDefault="000E04F0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3FC43F86" w14:textId="77777777" w:rsidR="000E04F0" w:rsidRDefault="000E04F0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117AED5A" w14:textId="77777777" w:rsidR="00EC4689" w:rsidRPr="00F53E99" w:rsidRDefault="00EC4689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2B1AC54F" w14:textId="77777777" w:rsidR="000E04F0" w:rsidRDefault="000E04F0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2FB68D7F" w14:textId="77777777" w:rsidR="00EC4689" w:rsidRPr="00F53E99" w:rsidRDefault="00EC4689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1E08484B" w14:textId="4250A6C6" w:rsidR="00F4538D" w:rsidRPr="00F53E99" w:rsidRDefault="00F4538D" w:rsidP="00DF0D67">
            <w:pPr>
              <w:rPr>
                <w:rFonts w:ascii="Arial" w:hAnsi="Arial" w:cs="Arial"/>
                <w:sz w:val="20"/>
                <w:szCs w:val="24"/>
              </w:rPr>
            </w:pPr>
            <w:r w:rsidRPr="00F53E99">
              <w:rPr>
                <w:rFonts w:ascii="Arial" w:hAnsi="Arial" w:cs="Arial"/>
                <w:sz w:val="20"/>
                <w:szCs w:val="24"/>
              </w:rPr>
              <w:br/>
            </w:r>
            <w:r w:rsidRPr="00F53E99">
              <w:rPr>
                <w:rFonts w:ascii="Arial" w:hAnsi="Arial" w:cs="Arial"/>
                <w:sz w:val="20"/>
                <w:szCs w:val="24"/>
              </w:rPr>
              <w:br/>
            </w:r>
          </w:p>
        </w:tc>
      </w:tr>
    </w:tbl>
    <w:p w14:paraId="32226EA7" w14:textId="77777777" w:rsidR="000E04F0" w:rsidRPr="00F53E99" w:rsidRDefault="000E04F0" w:rsidP="00F4538D">
      <w:pPr>
        <w:jc w:val="both"/>
        <w:rPr>
          <w:rFonts w:ascii="Arial" w:hAnsi="Arial" w:cs="Arial"/>
          <w:b/>
          <w:color w:val="00426A"/>
          <w:sz w:val="20"/>
          <w:szCs w:val="24"/>
        </w:rPr>
      </w:pPr>
    </w:p>
    <w:p w14:paraId="6C11ACA2" w14:textId="3D103733" w:rsidR="00F4538D" w:rsidRPr="00F53E99" w:rsidRDefault="00F4538D" w:rsidP="00F4538D">
      <w:pPr>
        <w:jc w:val="both"/>
        <w:rPr>
          <w:rFonts w:ascii="Arial" w:hAnsi="Arial" w:cs="Arial"/>
          <w:sz w:val="20"/>
          <w:szCs w:val="24"/>
        </w:rPr>
      </w:pPr>
      <w:r w:rsidRPr="00F53E99">
        <w:rPr>
          <w:rFonts w:ascii="Arial" w:hAnsi="Arial" w:cs="Arial"/>
          <w:b/>
          <w:color w:val="00426A"/>
          <w:sz w:val="20"/>
          <w:szCs w:val="24"/>
        </w:rPr>
        <w:t xml:space="preserve">Medidas ambientais </w:t>
      </w:r>
      <w:proofErr w:type="spellStart"/>
      <w:r w:rsidRPr="00F53E99">
        <w:rPr>
          <w:rFonts w:ascii="Arial" w:hAnsi="Arial" w:cs="Arial"/>
          <w:b/>
          <w:color w:val="00426A"/>
          <w:sz w:val="20"/>
          <w:szCs w:val="24"/>
        </w:rPr>
        <w:t>impl</w:t>
      </w:r>
      <w:r w:rsidR="000E04F0" w:rsidRPr="00F53E99">
        <w:rPr>
          <w:rFonts w:ascii="Arial" w:hAnsi="Arial" w:cs="Arial"/>
          <w:b/>
          <w:color w:val="00426A"/>
          <w:sz w:val="20"/>
          <w:szCs w:val="24"/>
        </w:rPr>
        <w:t>eme</w:t>
      </w:r>
      <w:r w:rsidRPr="00F53E99">
        <w:rPr>
          <w:rFonts w:ascii="Arial" w:hAnsi="Arial" w:cs="Arial"/>
          <w:b/>
          <w:color w:val="00426A"/>
          <w:sz w:val="20"/>
          <w:szCs w:val="24"/>
        </w:rPr>
        <w:t>ntadas</w:t>
      </w:r>
      <w:proofErr w:type="spellEnd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416"/>
      </w:tblGrid>
      <w:tr w:rsidR="00F4538D" w:rsidRPr="00F53E99" w14:paraId="3731222A" w14:textId="77777777" w:rsidTr="00A807E6">
        <w:tc>
          <w:tcPr>
            <w:tcW w:w="10426" w:type="dxa"/>
            <w:vAlign w:val="center"/>
          </w:tcPr>
          <w:p w14:paraId="704D1750" w14:textId="1B34B3EF" w:rsidR="000E04F0" w:rsidRPr="00F53E99" w:rsidRDefault="00F4538D" w:rsidP="00DF0D67">
            <w:pPr>
              <w:rPr>
                <w:rFonts w:ascii="Arial" w:hAnsi="Arial" w:cs="Arial"/>
                <w:sz w:val="20"/>
                <w:szCs w:val="24"/>
              </w:rPr>
            </w:pPr>
            <w:r w:rsidRPr="00F53E99">
              <w:rPr>
                <w:rFonts w:ascii="Arial" w:hAnsi="Arial" w:cs="Arial"/>
                <w:sz w:val="20"/>
                <w:szCs w:val="24"/>
              </w:rPr>
              <w:br/>
            </w:r>
          </w:p>
          <w:p w14:paraId="643BA87D" w14:textId="77777777" w:rsidR="000E04F0" w:rsidRDefault="000E04F0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238A564A" w14:textId="77777777" w:rsidR="00EC4689" w:rsidRDefault="00EC4689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20E29743" w14:textId="77777777" w:rsidR="00EC4689" w:rsidRPr="00F53E99" w:rsidRDefault="00EC4689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13538E63" w14:textId="77777777" w:rsidR="000E04F0" w:rsidRPr="00F53E99" w:rsidRDefault="000E04F0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5B12AAA2" w14:textId="77777777" w:rsidR="000E04F0" w:rsidRPr="00F53E99" w:rsidRDefault="000E04F0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343340E5" w14:textId="77777777" w:rsidR="000E04F0" w:rsidRPr="00F53E99" w:rsidRDefault="000E04F0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4C040402" w14:textId="77777777" w:rsidR="000E04F0" w:rsidRPr="00F53E99" w:rsidRDefault="000E04F0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0549771C" w14:textId="77777777" w:rsidR="000E04F0" w:rsidRPr="00F53E99" w:rsidRDefault="000E04F0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1EA813CA" w14:textId="77777777" w:rsidR="000E04F0" w:rsidRPr="00F53E99" w:rsidRDefault="000E04F0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0D692B15" w14:textId="77777777" w:rsidR="000E04F0" w:rsidRPr="00F53E99" w:rsidRDefault="000E04F0" w:rsidP="00DF0D67">
            <w:pPr>
              <w:rPr>
                <w:rFonts w:ascii="Arial" w:hAnsi="Arial" w:cs="Arial"/>
                <w:sz w:val="20"/>
                <w:szCs w:val="24"/>
              </w:rPr>
            </w:pPr>
          </w:p>
          <w:p w14:paraId="7D18B052" w14:textId="078A2DFB" w:rsidR="00F4538D" w:rsidRPr="00F53E99" w:rsidRDefault="00F4538D" w:rsidP="00DF0D67">
            <w:pPr>
              <w:rPr>
                <w:rFonts w:ascii="Arial" w:hAnsi="Arial" w:cs="Arial"/>
                <w:sz w:val="20"/>
                <w:szCs w:val="24"/>
              </w:rPr>
            </w:pPr>
            <w:r w:rsidRPr="00F53E99">
              <w:rPr>
                <w:rFonts w:ascii="Arial" w:hAnsi="Arial" w:cs="Arial"/>
                <w:sz w:val="20"/>
                <w:szCs w:val="24"/>
              </w:rPr>
              <w:br/>
            </w:r>
            <w:r w:rsidRPr="00F53E99">
              <w:rPr>
                <w:rFonts w:ascii="Arial" w:hAnsi="Arial" w:cs="Arial"/>
                <w:sz w:val="20"/>
                <w:szCs w:val="24"/>
              </w:rPr>
              <w:br/>
            </w:r>
          </w:p>
        </w:tc>
      </w:tr>
    </w:tbl>
    <w:p w14:paraId="15D4A42D" w14:textId="77777777" w:rsidR="00F4538D" w:rsidRPr="00F53E99" w:rsidRDefault="00F4538D" w:rsidP="00F551EE">
      <w:pPr>
        <w:jc w:val="both"/>
        <w:rPr>
          <w:rFonts w:ascii="Arial" w:hAnsi="Arial" w:cs="Arial"/>
        </w:rPr>
      </w:pPr>
    </w:p>
    <w:p w14:paraId="02AF410C" w14:textId="26471149" w:rsidR="00666E67" w:rsidRPr="00F53E99" w:rsidRDefault="00666E67" w:rsidP="00666E67">
      <w:pPr>
        <w:pStyle w:val="Ttulo1"/>
        <w:numPr>
          <w:ilvl w:val="0"/>
          <w:numId w:val="10"/>
        </w:numPr>
        <w:jc w:val="both"/>
        <w:rPr>
          <w:rFonts w:ascii="Arial" w:eastAsia="Albert Sans" w:hAnsi="Arial" w:cs="Arial"/>
          <w:color w:val="00426A"/>
        </w:rPr>
      </w:pPr>
      <w:r w:rsidRPr="00F53E99">
        <w:rPr>
          <w:rFonts w:ascii="Arial" w:eastAsia="Albert Sans" w:hAnsi="Arial" w:cs="Arial"/>
          <w:color w:val="00426A"/>
        </w:rPr>
        <w:t>Documentación</w:t>
      </w:r>
      <w:r w:rsidR="00E56E57" w:rsidRPr="00F53E99">
        <w:rPr>
          <w:rFonts w:ascii="Arial" w:eastAsia="Albert Sans" w:hAnsi="Arial" w:cs="Arial"/>
          <w:color w:val="00426A"/>
        </w:rPr>
        <w:t xml:space="preserve"> obrigatoria</w:t>
      </w:r>
      <w:r w:rsidRPr="00F53E99">
        <w:rPr>
          <w:rFonts w:ascii="Arial" w:eastAsia="Albert Sans" w:hAnsi="Arial" w:cs="Arial"/>
          <w:color w:val="00426A"/>
        </w:rPr>
        <w:t xml:space="preserve"> que acompaña a solicitude</w:t>
      </w:r>
    </w:p>
    <w:p w14:paraId="075C0FA4" w14:textId="6CA0CB35" w:rsidR="00060BEF" w:rsidRPr="00F53E99" w:rsidRDefault="00060BEF" w:rsidP="00060BEF">
      <w:pPr>
        <w:spacing w:after="120"/>
        <w:jc w:val="both"/>
        <w:rPr>
          <w:rFonts w:ascii="Arial" w:hAnsi="Arial" w:cs="Arial"/>
          <w:sz w:val="24"/>
          <w:szCs w:val="32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9634"/>
      </w:tblGrid>
      <w:tr w:rsidR="004D5C1D" w:rsidRPr="00F53E99" w14:paraId="2AA35CCA" w14:textId="77777777" w:rsidTr="0038792A">
        <w:trPr>
          <w:tblHeader/>
          <w:jc w:val="center"/>
        </w:trPr>
        <w:tc>
          <w:tcPr>
            <w:tcW w:w="9634" w:type="dxa"/>
            <w:shd w:val="clear" w:color="auto" w:fill="00859B"/>
            <w:vAlign w:val="center"/>
          </w:tcPr>
          <w:p w14:paraId="0DEBD051" w14:textId="77777777" w:rsidR="004D5C1D" w:rsidRPr="00F53E99" w:rsidRDefault="004D5C1D" w:rsidP="004D5C1D">
            <w:pPr>
              <w:jc w:val="center"/>
              <w:rPr>
                <w:rFonts w:ascii="Arial" w:hAnsi="Arial" w:cs="Arial"/>
                <w:sz w:val="22"/>
                <w:szCs w:val="32"/>
              </w:rPr>
            </w:pPr>
            <w:r w:rsidRPr="00F53E99">
              <w:rPr>
                <w:rFonts w:ascii="Arial" w:hAnsi="Arial" w:cs="Arial"/>
                <w:b/>
                <w:color w:val="FFFFFF"/>
                <w:sz w:val="22"/>
                <w:szCs w:val="32"/>
              </w:rPr>
              <w:t>Documentación</w:t>
            </w:r>
          </w:p>
        </w:tc>
      </w:tr>
      <w:tr w:rsidR="002736A1" w:rsidRPr="00F53E99" w14:paraId="3AE96ABD" w14:textId="77777777" w:rsidTr="0038792A">
        <w:trPr>
          <w:jc w:val="center"/>
        </w:trPr>
        <w:tc>
          <w:tcPr>
            <w:tcW w:w="9634" w:type="dxa"/>
            <w:vAlign w:val="center"/>
          </w:tcPr>
          <w:p w14:paraId="15500C02" w14:textId="2F41FD0F" w:rsidR="002736A1" w:rsidRPr="00F53E99" w:rsidRDefault="002736A1" w:rsidP="00132FE2">
            <w:pPr>
              <w:jc w:val="both"/>
              <w:rPr>
                <w:rFonts w:ascii="Arial" w:hAnsi="Arial" w:cs="Arial"/>
                <w:sz w:val="22"/>
                <w:szCs w:val="32"/>
              </w:rPr>
            </w:pPr>
            <w:r w:rsidRPr="00F53E99">
              <w:rPr>
                <w:rFonts w:ascii="Arial" w:hAnsi="Arial" w:cs="Arial"/>
                <w:color w:val="1F1F1F"/>
                <w:sz w:val="22"/>
                <w:szCs w:val="32"/>
              </w:rPr>
              <w:t>Copia do NIF/CIF</w:t>
            </w:r>
          </w:p>
        </w:tc>
      </w:tr>
      <w:tr w:rsidR="002736A1" w:rsidRPr="00F53E99" w14:paraId="3B756FF4" w14:textId="77777777" w:rsidTr="0038792A">
        <w:trPr>
          <w:jc w:val="center"/>
        </w:trPr>
        <w:tc>
          <w:tcPr>
            <w:tcW w:w="9634" w:type="dxa"/>
            <w:vAlign w:val="center"/>
          </w:tcPr>
          <w:p w14:paraId="4048947E" w14:textId="2D86B864" w:rsidR="002736A1" w:rsidRPr="00F53E99" w:rsidRDefault="002736A1" w:rsidP="00132FE2">
            <w:pPr>
              <w:jc w:val="both"/>
              <w:rPr>
                <w:rFonts w:ascii="Arial" w:hAnsi="Arial" w:cs="Arial"/>
                <w:sz w:val="22"/>
                <w:szCs w:val="32"/>
              </w:rPr>
            </w:pPr>
            <w:r w:rsidRPr="00F53E99">
              <w:rPr>
                <w:rFonts w:ascii="Arial" w:hAnsi="Arial" w:cs="Arial"/>
                <w:color w:val="1F1F1F"/>
                <w:sz w:val="22"/>
                <w:szCs w:val="32"/>
              </w:rPr>
              <w:t>Documentación acreditativa do poder de representación (en caso de ser persoa xurídica)</w:t>
            </w:r>
          </w:p>
        </w:tc>
      </w:tr>
      <w:tr w:rsidR="002736A1" w:rsidRPr="00F53E99" w14:paraId="2444E74A" w14:textId="77777777" w:rsidTr="0038792A">
        <w:trPr>
          <w:jc w:val="center"/>
        </w:trPr>
        <w:tc>
          <w:tcPr>
            <w:tcW w:w="9634" w:type="dxa"/>
            <w:vAlign w:val="center"/>
          </w:tcPr>
          <w:p w14:paraId="03F33500" w14:textId="245CA87A" w:rsidR="002736A1" w:rsidRPr="00F53E99" w:rsidRDefault="002736A1" w:rsidP="00132FE2">
            <w:pPr>
              <w:jc w:val="both"/>
              <w:rPr>
                <w:rFonts w:ascii="Arial" w:hAnsi="Arial" w:cs="Arial"/>
                <w:sz w:val="22"/>
                <w:szCs w:val="32"/>
              </w:rPr>
            </w:pPr>
            <w:r w:rsidRPr="00F53E99">
              <w:rPr>
                <w:rFonts w:ascii="Arial" w:hAnsi="Arial" w:cs="Arial"/>
                <w:color w:val="1F1F1F"/>
                <w:sz w:val="22"/>
                <w:szCs w:val="32"/>
              </w:rPr>
              <w:t xml:space="preserve">Licenza ou título </w:t>
            </w:r>
            <w:proofErr w:type="spellStart"/>
            <w:r w:rsidRPr="00F53E99">
              <w:rPr>
                <w:rFonts w:ascii="Arial" w:hAnsi="Arial" w:cs="Arial"/>
                <w:color w:val="1F1F1F"/>
                <w:sz w:val="22"/>
                <w:szCs w:val="32"/>
              </w:rPr>
              <w:t>habilitante</w:t>
            </w:r>
            <w:proofErr w:type="spellEnd"/>
            <w:r w:rsidRPr="00F53E99">
              <w:rPr>
                <w:rFonts w:ascii="Arial" w:hAnsi="Arial" w:cs="Arial"/>
                <w:color w:val="1F1F1F"/>
                <w:sz w:val="22"/>
                <w:szCs w:val="32"/>
              </w:rPr>
              <w:t xml:space="preserve"> da actividade</w:t>
            </w:r>
          </w:p>
        </w:tc>
      </w:tr>
      <w:tr w:rsidR="002736A1" w:rsidRPr="00F53E99" w14:paraId="5E9C2E4C" w14:textId="77777777" w:rsidTr="0038792A">
        <w:trPr>
          <w:jc w:val="center"/>
        </w:trPr>
        <w:tc>
          <w:tcPr>
            <w:tcW w:w="9634" w:type="dxa"/>
            <w:vAlign w:val="center"/>
          </w:tcPr>
          <w:p w14:paraId="3113C5E8" w14:textId="25F321CF" w:rsidR="002736A1" w:rsidRPr="00F53E99" w:rsidRDefault="002736A1" w:rsidP="00132FE2">
            <w:pPr>
              <w:jc w:val="both"/>
              <w:rPr>
                <w:rFonts w:ascii="Arial" w:hAnsi="Arial" w:cs="Arial"/>
                <w:sz w:val="22"/>
                <w:szCs w:val="32"/>
              </w:rPr>
            </w:pPr>
            <w:r w:rsidRPr="00F53E99">
              <w:rPr>
                <w:rFonts w:ascii="Arial" w:hAnsi="Arial" w:cs="Arial"/>
                <w:color w:val="1F1F1F"/>
                <w:sz w:val="22"/>
                <w:szCs w:val="32"/>
              </w:rPr>
              <w:t xml:space="preserve">Certificado de alta no Imposto de Actividades Económicas (IAE) ou certificado de situación </w:t>
            </w:r>
            <w:proofErr w:type="spellStart"/>
            <w:r w:rsidRPr="00F53E99">
              <w:rPr>
                <w:rFonts w:ascii="Arial" w:hAnsi="Arial" w:cs="Arial"/>
                <w:color w:val="1F1F1F"/>
                <w:sz w:val="22"/>
                <w:szCs w:val="32"/>
              </w:rPr>
              <w:t>censal</w:t>
            </w:r>
            <w:proofErr w:type="spellEnd"/>
          </w:p>
        </w:tc>
      </w:tr>
      <w:tr w:rsidR="002736A1" w:rsidRPr="00F53E99" w14:paraId="18C0E969" w14:textId="77777777" w:rsidTr="0038792A">
        <w:trPr>
          <w:jc w:val="center"/>
        </w:trPr>
        <w:tc>
          <w:tcPr>
            <w:tcW w:w="9634" w:type="dxa"/>
            <w:vAlign w:val="center"/>
          </w:tcPr>
          <w:p w14:paraId="76CC5AB6" w14:textId="1377252A" w:rsidR="002736A1" w:rsidRPr="00F53E99" w:rsidRDefault="002736A1" w:rsidP="00132FE2">
            <w:pPr>
              <w:jc w:val="both"/>
              <w:rPr>
                <w:rFonts w:ascii="Arial" w:hAnsi="Arial" w:cs="Arial"/>
                <w:sz w:val="22"/>
                <w:szCs w:val="32"/>
              </w:rPr>
            </w:pPr>
            <w:r w:rsidRPr="00F53E99">
              <w:rPr>
                <w:rFonts w:ascii="Arial" w:hAnsi="Arial" w:cs="Arial"/>
                <w:color w:val="1F1F1F"/>
                <w:sz w:val="22"/>
                <w:szCs w:val="32"/>
              </w:rPr>
              <w:t>Inscrición no Rexistro de Empresas e Actividades Turísticas de Galicia (REAT), se procede</w:t>
            </w:r>
          </w:p>
        </w:tc>
      </w:tr>
    </w:tbl>
    <w:p w14:paraId="61707D21" w14:textId="6FABF297" w:rsidR="001242F5" w:rsidRPr="00F53E99" w:rsidRDefault="001242F5" w:rsidP="00F551EE">
      <w:pPr>
        <w:pStyle w:val="Ttulo1"/>
        <w:numPr>
          <w:ilvl w:val="0"/>
          <w:numId w:val="10"/>
        </w:numPr>
        <w:jc w:val="both"/>
        <w:rPr>
          <w:rFonts w:ascii="Arial" w:eastAsia="Albert Sans" w:hAnsi="Arial" w:cs="Arial"/>
          <w:color w:val="00426A"/>
        </w:rPr>
      </w:pPr>
      <w:r w:rsidRPr="00F53E99">
        <w:rPr>
          <w:rFonts w:ascii="Arial" w:eastAsia="Albert Sans" w:hAnsi="Arial" w:cs="Arial"/>
          <w:color w:val="00426A"/>
        </w:rPr>
        <w:lastRenderedPageBreak/>
        <w:t>Declaración responsable</w:t>
      </w:r>
    </w:p>
    <w:p w14:paraId="57F30787" w14:textId="18544F87" w:rsidR="00CE3811" w:rsidRPr="00F53E99" w:rsidRDefault="00CE3811" w:rsidP="00CE3811">
      <w:pPr>
        <w:spacing w:after="120"/>
        <w:jc w:val="both"/>
        <w:rPr>
          <w:rFonts w:ascii="Arial" w:hAnsi="Arial" w:cs="Arial"/>
          <w:sz w:val="22"/>
          <w:szCs w:val="28"/>
        </w:rPr>
      </w:pPr>
      <w:r w:rsidRPr="00F53E99">
        <w:rPr>
          <w:rFonts w:ascii="Arial" w:hAnsi="Arial" w:cs="Arial"/>
          <w:sz w:val="22"/>
          <w:szCs w:val="28"/>
        </w:rPr>
        <w:t xml:space="preserve">Coa presentación </w:t>
      </w:r>
      <w:r w:rsidR="00241968" w:rsidRPr="00F53E99">
        <w:rPr>
          <w:rFonts w:ascii="Arial" w:hAnsi="Arial" w:cs="Arial"/>
          <w:sz w:val="22"/>
          <w:szCs w:val="28"/>
        </w:rPr>
        <w:t>do presente formulario de adhesión asinado, vostede declara responsablemente que:</w:t>
      </w:r>
    </w:p>
    <w:p w14:paraId="536245E7" w14:textId="290F5EFC" w:rsidR="00F20447" w:rsidRPr="00F53E99" w:rsidRDefault="00B32FBB" w:rsidP="009E0CEA">
      <w:pPr>
        <w:pStyle w:val="Prrafodelista"/>
        <w:numPr>
          <w:ilvl w:val="0"/>
          <w:numId w:val="11"/>
        </w:numPr>
        <w:spacing w:before="120" w:after="120"/>
        <w:ind w:left="714" w:hanging="357"/>
        <w:contextualSpacing w:val="0"/>
        <w:jc w:val="both"/>
        <w:rPr>
          <w:rFonts w:ascii="Arial" w:hAnsi="Arial" w:cs="Arial"/>
          <w:sz w:val="22"/>
          <w:szCs w:val="28"/>
        </w:rPr>
      </w:pPr>
      <w:r w:rsidRPr="00F53E99">
        <w:rPr>
          <w:rFonts w:ascii="Arial" w:hAnsi="Arial" w:cs="Arial"/>
          <w:sz w:val="22"/>
          <w:szCs w:val="28"/>
        </w:rPr>
        <w:t>A entidade á que representa cumpre estritamente coa normativa sectorial aplicable á súa actividade</w:t>
      </w:r>
      <w:r w:rsidR="00616C6C" w:rsidRPr="00F53E99">
        <w:rPr>
          <w:rFonts w:ascii="Arial" w:hAnsi="Arial" w:cs="Arial"/>
          <w:sz w:val="22"/>
          <w:szCs w:val="28"/>
        </w:rPr>
        <w:t xml:space="preserve"> e atópase ao corrente das obrigas tributarias e coa Seguridade Social.</w:t>
      </w:r>
    </w:p>
    <w:p w14:paraId="3D45B6FE" w14:textId="77777777" w:rsidR="006B3838" w:rsidRPr="00F53E99" w:rsidRDefault="006B3838" w:rsidP="009E0CEA">
      <w:pPr>
        <w:pStyle w:val="Prrafodelista"/>
        <w:numPr>
          <w:ilvl w:val="0"/>
          <w:numId w:val="11"/>
        </w:numPr>
        <w:spacing w:before="120" w:after="120"/>
        <w:ind w:left="714" w:hanging="357"/>
        <w:contextualSpacing w:val="0"/>
        <w:jc w:val="both"/>
        <w:rPr>
          <w:rFonts w:ascii="Arial" w:hAnsi="Arial" w:cs="Arial"/>
          <w:sz w:val="22"/>
          <w:szCs w:val="28"/>
        </w:rPr>
      </w:pPr>
      <w:r w:rsidRPr="00F53E99">
        <w:rPr>
          <w:rFonts w:ascii="Arial" w:hAnsi="Arial" w:cs="Arial"/>
          <w:sz w:val="22"/>
          <w:szCs w:val="28"/>
        </w:rPr>
        <w:t>Cumpre cos requirimentos obrigatorios comúns, estipulados no artigo 12 do regulamento; cos requirimentos obrigatorios específicos para a súa tipoloxía de entidade, establecidos no apartado 6 do presente formulario; así como co mínimo do 25% do requisitos avaliables relativos á súa categoría, tamén definidos no apartado 6 deste formulario.</w:t>
      </w:r>
    </w:p>
    <w:p w14:paraId="79B7EC67" w14:textId="573125B8" w:rsidR="00374387" w:rsidRDefault="00374387" w:rsidP="009E0CEA">
      <w:pPr>
        <w:pStyle w:val="Prrafodelista"/>
        <w:numPr>
          <w:ilvl w:val="0"/>
          <w:numId w:val="11"/>
        </w:numPr>
        <w:spacing w:before="120" w:after="120"/>
        <w:ind w:left="714" w:hanging="357"/>
        <w:contextualSpacing w:val="0"/>
        <w:jc w:val="both"/>
        <w:rPr>
          <w:rFonts w:ascii="Arial" w:hAnsi="Arial" w:cs="Arial"/>
          <w:sz w:val="22"/>
          <w:szCs w:val="28"/>
        </w:rPr>
      </w:pPr>
      <w:r>
        <w:rPr>
          <w:rFonts w:ascii="Arial" w:hAnsi="Arial" w:cs="Arial"/>
          <w:sz w:val="22"/>
          <w:szCs w:val="28"/>
        </w:rPr>
        <w:t xml:space="preserve">Se compromete a dar cumprimento </w:t>
      </w:r>
      <w:r w:rsidR="005402F2">
        <w:rPr>
          <w:rFonts w:ascii="Arial" w:hAnsi="Arial" w:cs="Arial"/>
          <w:sz w:val="22"/>
          <w:szCs w:val="28"/>
        </w:rPr>
        <w:t xml:space="preserve">ás disposicións, procedementos e condicións </w:t>
      </w:r>
      <w:r w:rsidR="00F666E4">
        <w:rPr>
          <w:rFonts w:ascii="Arial" w:hAnsi="Arial" w:cs="Arial"/>
          <w:sz w:val="22"/>
          <w:szCs w:val="28"/>
        </w:rPr>
        <w:t>previstas no regulamento que resulten aplicables á súa adhesión, permanencia e participación no Club, e en particular a aquelas estipuladas no artigo 22 como obrigas</w:t>
      </w:r>
      <w:r w:rsidR="00444489">
        <w:rPr>
          <w:rFonts w:ascii="Arial" w:hAnsi="Arial" w:cs="Arial"/>
          <w:sz w:val="22"/>
          <w:szCs w:val="28"/>
        </w:rPr>
        <w:t xml:space="preserve"> </w:t>
      </w:r>
      <w:r w:rsidR="007D2C2F">
        <w:rPr>
          <w:rFonts w:ascii="Arial" w:hAnsi="Arial" w:cs="Arial"/>
          <w:sz w:val="22"/>
          <w:szCs w:val="28"/>
        </w:rPr>
        <w:t xml:space="preserve">das entidades adheridas. Concretamente: </w:t>
      </w:r>
    </w:p>
    <w:p w14:paraId="22F4107C" w14:textId="77777777" w:rsidR="000757BD" w:rsidRPr="000757BD" w:rsidRDefault="000757BD" w:rsidP="009E0CEA">
      <w:pPr>
        <w:pStyle w:val="Prrafodelista"/>
        <w:numPr>
          <w:ilvl w:val="0"/>
          <w:numId w:val="12"/>
        </w:numPr>
        <w:spacing w:before="120" w:after="120"/>
        <w:contextualSpacing w:val="0"/>
        <w:jc w:val="both"/>
        <w:rPr>
          <w:rFonts w:ascii="Arial" w:hAnsi="Arial" w:cs="Arial"/>
          <w:sz w:val="22"/>
          <w:szCs w:val="28"/>
        </w:rPr>
      </w:pPr>
      <w:r w:rsidRPr="000757BD">
        <w:rPr>
          <w:rFonts w:ascii="Arial" w:hAnsi="Arial" w:cs="Arial"/>
          <w:sz w:val="22"/>
          <w:szCs w:val="28"/>
        </w:rPr>
        <w:t>Manter durante toda a vixencia da adhesión o cumprimento dos requirimentos obrigatorios aplicables á súa tipoloxía.</w:t>
      </w:r>
    </w:p>
    <w:p w14:paraId="082928A3" w14:textId="77777777" w:rsidR="000757BD" w:rsidRPr="000757BD" w:rsidRDefault="000757BD" w:rsidP="009E0CEA">
      <w:pPr>
        <w:pStyle w:val="Prrafodelista"/>
        <w:numPr>
          <w:ilvl w:val="0"/>
          <w:numId w:val="12"/>
        </w:numPr>
        <w:spacing w:before="120" w:after="120"/>
        <w:contextualSpacing w:val="0"/>
        <w:jc w:val="both"/>
        <w:rPr>
          <w:rFonts w:ascii="Arial" w:hAnsi="Arial" w:cs="Arial"/>
          <w:sz w:val="22"/>
          <w:szCs w:val="28"/>
        </w:rPr>
      </w:pPr>
      <w:r w:rsidRPr="000757BD">
        <w:rPr>
          <w:rFonts w:ascii="Arial" w:hAnsi="Arial" w:cs="Arial"/>
          <w:sz w:val="22"/>
          <w:szCs w:val="28"/>
        </w:rPr>
        <w:t>Conservar o nivel mínimo de cumprimento dos requirimentos avaliables establecido neste regulamento.</w:t>
      </w:r>
    </w:p>
    <w:p w14:paraId="2E08A28C" w14:textId="77777777" w:rsidR="000757BD" w:rsidRPr="000757BD" w:rsidRDefault="000757BD" w:rsidP="009E0CEA">
      <w:pPr>
        <w:pStyle w:val="Prrafodelista"/>
        <w:numPr>
          <w:ilvl w:val="0"/>
          <w:numId w:val="12"/>
        </w:numPr>
        <w:spacing w:before="120" w:after="120"/>
        <w:contextualSpacing w:val="0"/>
        <w:jc w:val="both"/>
        <w:rPr>
          <w:rFonts w:ascii="Arial" w:hAnsi="Arial" w:cs="Arial"/>
          <w:sz w:val="22"/>
          <w:szCs w:val="28"/>
        </w:rPr>
      </w:pPr>
      <w:r w:rsidRPr="000757BD">
        <w:rPr>
          <w:rFonts w:ascii="Arial" w:hAnsi="Arial" w:cs="Arial"/>
          <w:sz w:val="22"/>
          <w:szCs w:val="28"/>
        </w:rPr>
        <w:t>Facilitar ao ente xestor información veraz, completa e actualizada sobre a súa actividade, servizos, produtos, datos de contacto e demais aspectos relevantes para a xestión e promoción do Club.</w:t>
      </w:r>
    </w:p>
    <w:p w14:paraId="1C50AA94" w14:textId="77777777" w:rsidR="000757BD" w:rsidRPr="000757BD" w:rsidRDefault="000757BD" w:rsidP="009E0CEA">
      <w:pPr>
        <w:pStyle w:val="Prrafodelista"/>
        <w:numPr>
          <w:ilvl w:val="0"/>
          <w:numId w:val="12"/>
        </w:numPr>
        <w:spacing w:before="120" w:after="120"/>
        <w:contextualSpacing w:val="0"/>
        <w:jc w:val="both"/>
        <w:rPr>
          <w:rFonts w:ascii="Arial" w:hAnsi="Arial" w:cs="Arial"/>
          <w:sz w:val="22"/>
          <w:szCs w:val="28"/>
        </w:rPr>
      </w:pPr>
      <w:r w:rsidRPr="000757BD">
        <w:rPr>
          <w:rFonts w:ascii="Arial" w:hAnsi="Arial" w:cs="Arial"/>
          <w:sz w:val="22"/>
          <w:szCs w:val="28"/>
        </w:rPr>
        <w:t>Comunicar calquera modificación significativa que poida afectar á súa condición de entidade adherida, á súa tipoloxía de adhesión ou á coherencia da súa participación no Club.</w:t>
      </w:r>
    </w:p>
    <w:p w14:paraId="5DACC1D0" w14:textId="77777777" w:rsidR="000757BD" w:rsidRPr="000757BD" w:rsidRDefault="000757BD" w:rsidP="009E0CEA">
      <w:pPr>
        <w:pStyle w:val="Prrafodelista"/>
        <w:numPr>
          <w:ilvl w:val="0"/>
          <w:numId w:val="12"/>
        </w:numPr>
        <w:spacing w:before="120" w:after="120"/>
        <w:contextualSpacing w:val="0"/>
        <w:jc w:val="both"/>
        <w:rPr>
          <w:rFonts w:ascii="Arial" w:hAnsi="Arial" w:cs="Arial"/>
          <w:sz w:val="22"/>
          <w:szCs w:val="28"/>
        </w:rPr>
      </w:pPr>
      <w:r w:rsidRPr="000757BD">
        <w:rPr>
          <w:rFonts w:ascii="Arial" w:hAnsi="Arial" w:cs="Arial"/>
          <w:sz w:val="22"/>
          <w:szCs w:val="28"/>
        </w:rPr>
        <w:t>Colaborar nos procesos de acreditación, renovación, seguimento ou verificación previstos neste regulamento.</w:t>
      </w:r>
    </w:p>
    <w:p w14:paraId="47941E6E" w14:textId="77777777" w:rsidR="000757BD" w:rsidRPr="000757BD" w:rsidRDefault="000757BD" w:rsidP="009E0CEA">
      <w:pPr>
        <w:pStyle w:val="Prrafodelista"/>
        <w:numPr>
          <w:ilvl w:val="0"/>
          <w:numId w:val="12"/>
        </w:numPr>
        <w:spacing w:before="120" w:after="120"/>
        <w:contextualSpacing w:val="0"/>
        <w:jc w:val="both"/>
        <w:rPr>
          <w:rFonts w:ascii="Arial" w:hAnsi="Arial" w:cs="Arial"/>
          <w:sz w:val="22"/>
          <w:szCs w:val="28"/>
        </w:rPr>
      </w:pPr>
      <w:r w:rsidRPr="000757BD">
        <w:rPr>
          <w:rFonts w:ascii="Arial" w:hAnsi="Arial" w:cs="Arial"/>
          <w:sz w:val="22"/>
          <w:szCs w:val="28"/>
        </w:rPr>
        <w:t>Utilizar correctamente a marca e a identidade visual do Club, respectando as condicións establecidas no manual de identidade e nas indicacións do ente xestor.</w:t>
      </w:r>
    </w:p>
    <w:p w14:paraId="186041F2" w14:textId="77777777" w:rsidR="000757BD" w:rsidRPr="000757BD" w:rsidRDefault="000757BD" w:rsidP="009E0CEA">
      <w:pPr>
        <w:pStyle w:val="Prrafodelista"/>
        <w:numPr>
          <w:ilvl w:val="0"/>
          <w:numId w:val="12"/>
        </w:numPr>
        <w:spacing w:before="120" w:after="120"/>
        <w:contextualSpacing w:val="0"/>
        <w:jc w:val="both"/>
        <w:rPr>
          <w:rFonts w:ascii="Arial" w:hAnsi="Arial" w:cs="Arial"/>
          <w:sz w:val="22"/>
          <w:szCs w:val="28"/>
        </w:rPr>
      </w:pPr>
      <w:r w:rsidRPr="000757BD">
        <w:rPr>
          <w:rFonts w:ascii="Arial" w:hAnsi="Arial" w:cs="Arial"/>
          <w:sz w:val="22"/>
          <w:szCs w:val="28"/>
        </w:rPr>
        <w:t>Participar, na medida das súas posibilidades, nas accións de cooperación, dinamización, promoción, formación ou creación de produto impulsadas no marco do Club.</w:t>
      </w:r>
    </w:p>
    <w:p w14:paraId="3FCEAE8A" w14:textId="77777777" w:rsidR="000757BD" w:rsidRPr="000757BD" w:rsidRDefault="000757BD" w:rsidP="009E0CEA">
      <w:pPr>
        <w:pStyle w:val="Prrafodelista"/>
        <w:numPr>
          <w:ilvl w:val="0"/>
          <w:numId w:val="12"/>
        </w:numPr>
        <w:spacing w:before="120" w:after="120"/>
        <w:contextualSpacing w:val="0"/>
        <w:jc w:val="both"/>
        <w:rPr>
          <w:rFonts w:ascii="Arial" w:hAnsi="Arial" w:cs="Arial"/>
          <w:sz w:val="22"/>
          <w:szCs w:val="28"/>
        </w:rPr>
      </w:pPr>
      <w:r w:rsidRPr="000757BD">
        <w:rPr>
          <w:rFonts w:ascii="Arial" w:hAnsi="Arial" w:cs="Arial"/>
          <w:sz w:val="22"/>
          <w:szCs w:val="28"/>
        </w:rPr>
        <w:t>Favorecer a cooperación con outras entidades adheridas, especialmente mediante a recomendación cruzada, a participación en experiencias compartidas ou a integración en propostas vinculadas ao territorio.</w:t>
      </w:r>
    </w:p>
    <w:p w14:paraId="770AC4DD" w14:textId="77777777" w:rsidR="000757BD" w:rsidRPr="000757BD" w:rsidRDefault="000757BD" w:rsidP="009E0CEA">
      <w:pPr>
        <w:pStyle w:val="Prrafodelista"/>
        <w:numPr>
          <w:ilvl w:val="0"/>
          <w:numId w:val="12"/>
        </w:numPr>
        <w:spacing w:before="120" w:after="120"/>
        <w:contextualSpacing w:val="0"/>
        <w:jc w:val="both"/>
        <w:rPr>
          <w:rFonts w:ascii="Arial" w:hAnsi="Arial" w:cs="Arial"/>
          <w:sz w:val="22"/>
          <w:szCs w:val="28"/>
        </w:rPr>
      </w:pPr>
      <w:r w:rsidRPr="000757BD">
        <w:rPr>
          <w:rFonts w:ascii="Arial" w:hAnsi="Arial" w:cs="Arial"/>
          <w:sz w:val="22"/>
          <w:szCs w:val="28"/>
        </w:rPr>
        <w:t>Contribuír á valorización turística de Galicia Suroeste mediante unha atención adecuada ás persoas visitantes, unha información coherente sobre o territorio e unha actitude de colaboración coa finalidade do Club.</w:t>
      </w:r>
    </w:p>
    <w:p w14:paraId="732F3F3A" w14:textId="77777777" w:rsidR="000757BD" w:rsidRPr="000757BD" w:rsidRDefault="000757BD" w:rsidP="009E0CEA">
      <w:pPr>
        <w:pStyle w:val="Prrafodelista"/>
        <w:numPr>
          <w:ilvl w:val="0"/>
          <w:numId w:val="12"/>
        </w:numPr>
        <w:spacing w:before="120" w:after="120"/>
        <w:contextualSpacing w:val="0"/>
        <w:jc w:val="both"/>
        <w:rPr>
          <w:rFonts w:ascii="Arial" w:hAnsi="Arial" w:cs="Arial"/>
          <w:sz w:val="22"/>
          <w:szCs w:val="28"/>
        </w:rPr>
      </w:pPr>
      <w:r w:rsidRPr="000757BD">
        <w:rPr>
          <w:rFonts w:ascii="Arial" w:hAnsi="Arial" w:cs="Arial"/>
          <w:sz w:val="22"/>
          <w:szCs w:val="28"/>
        </w:rPr>
        <w:t>Respectar a normativa sectorial, laboral, fiscal, sanitaria, ambiental, de consumo, accesibilidade e demais disposicións que resulten aplicables ao desenvolvemento da súa actividade.</w:t>
      </w:r>
    </w:p>
    <w:p w14:paraId="76999877" w14:textId="77777777" w:rsidR="000757BD" w:rsidRPr="000757BD" w:rsidRDefault="000757BD" w:rsidP="009E0CEA">
      <w:pPr>
        <w:pStyle w:val="Prrafodelista"/>
        <w:numPr>
          <w:ilvl w:val="0"/>
          <w:numId w:val="12"/>
        </w:numPr>
        <w:spacing w:before="120" w:after="120"/>
        <w:contextualSpacing w:val="0"/>
        <w:jc w:val="both"/>
        <w:rPr>
          <w:rFonts w:ascii="Arial" w:hAnsi="Arial" w:cs="Arial"/>
          <w:sz w:val="22"/>
          <w:szCs w:val="28"/>
        </w:rPr>
      </w:pPr>
      <w:r w:rsidRPr="000757BD">
        <w:rPr>
          <w:rFonts w:ascii="Arial" w:hAnsi="Arial" w:cs="Arial"/>
          <w:sz w:val="22"/>
          <w:szCs w:val="28"/>
        </w:rPr>
        <w:t>Evitar actuacións que poidan prexudicar a imaxe, a reputación ou a coherencia do Club de Produto Galicia Suroeste.</w:t>
      </w:r>
    </w:p>
    <w:p w14:paraId="3E581764" w14:textId="58ABE564" w:rsidR="001B671D" w:rsidRPr="00F53E99" w:rsidRDefault="00344C1A" w:rsidP="001B671D">
      <w:pPr>
        <w:pStyle w:val="Ttulo1"/>
        <w:numPr>
          <w:ilvl w:val="0"/>
          <w:numId w:val="10"/>
        </w:numPr>
        <w:jc w:val="both"/>
        <w:rPr>
          <w:rFonts w:ascii="Arial" w:eastAsia="Albert Sans" w:hAnsi="Arial" w:cs="Arial"/>
          <w:color w:val="00426A"/>
        </w:rPr>
      </w:pPr>
      <w:r w:rsidRPr="00F53E99">
        <w:rPr>
          <w:rFonts w:ascii="Arial" w:eastAsia="Albert Sans" w:hAnsi="Arial" w:cs="Arial"/>
          <w:color w:val="00426A"/>
        </w:rPr>
        <w:lastRenderedPageBreak/>
        <w:t>Requirimentos</w:t>
      </w:r>
    </w:p>
    <w:p w14:paraId="65B9E13D" w14:textId="77777777" w:rsidR="001C1F4C" w:rsidRPr="00F53E99" w:rsidRDefault="001C1F4C" w:rsidP="00CE3811"/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EE3256" w:rsidRPr="00EE3256" w14:paraId="59B77884" w14:textId="77777777" w:rsidTr="00EE3256">
        <w:trPr>
          <w:jc w:val="center"/>
        </w:trPr>
        <w:tc>
          <w:tcPr>
            <w:tcW w:w="10200" w:type="dxa"/>
            <w:shd w:val="clear" w:color="auto" w:fill="008C95"/>
          </w:tcPr>
          <w:p w14:paraId="361B8B30" w14:textId="77777777" w:rsidR="00EE3256" w:rsidRPr="00EE3256" w:rsidRDefault="00EE3256" w:rsidP="00191886">
            <w:pPr>
              <w:jc w:val="center"/>
              <w:rPr>
                <w:rFonts w:ascii="Arial" w:hAnsi="Arial" w:cs="Arial"/>
                <w:sz w:val="22"/>
              </w:rPr>
            </w:pPr>
            <w:r w:rsidRPr="00EE3256">
              <w:rPr>
                <w:rFonts w:ascii="Arial" w:hAnsi="Arial" w:cs="Arial"/>
                <w:b/>
                <w:color w:val="FFFFFF"/>
                <w:sz w:val="22"/>
              </w:rPr>
              <w:t>Requirimentos obrigatorios específicos</w:t>
            </w:r>
          </w:p>
        </w:tc>
      </w:tr>
      <w:tr w:rsidR="00EE3256" w:rsidRPr="00EE3256" w14:paraId="32692BE9" w14:textId="77777777" w:rsidTr="00EE3256">
        <w:trPr>
          <w:jc w:val="center"/>
        </w:trPr>
        <w:tc>
          <w:tcPr>
            <w:tcW w:w="10200" w:type="dxa"/>
            <w:vAlign w:val="center"/>
          </w:tcPr>
          <w:p w14:paraId="6E97561D" w14:textId="77777777" w:rsidR="00EE3256" w:rsidRPr="00EE3256" w:rsidRDefault="00EE3256" w:rsidP="00EE3256">
            <w:pPr>
              <w:spacing w:after="240"/>
              <w:rPr>
                <w:rFonts w:ascii="Arial" w:hAnsi="Arial" w:cs="Arial"/>
                <w:sz w:val="22"/>
              </w:rPr>
            </w:pPr>
            <w:r w:rsidRPr="00EE3256">
              <w:rPr>
                <w:rFonts w:ascii="Arial" w:hAnsi="Arial" w:cs="Arial"/>
                <w:sz w:val="22"/>
              </w:rPr>
              <w:t>1. Desenvolvemento efectivo dunha actividade, servizo ou experiencia turística complementaria no territorio de Galicia Suroeste, excluíndo as actividades propias de aloxamento, restauración, axencias de viaxe e guías de turismo cando se encadren nas súas categorías específicas.</w:t>
            </w:r>
          </w:p>
          <w:p w14:paraId="3ECF8188" w14:textId="77777777" w:rsidR="00EE3256" w:rsidRPr="00EE3256" w:rsidRDefault="00EE3256" w:rsidP="00EE3256">
            <w:pPr>
              <w:spacing w:after="240"/>
              <w:rPr>
                <w:rFonts w:ascii="Arial" w:hAnsi="Arial" w:cs="Arial"/>
                <w:sz w:val="22"/>
              </w:rPr>
            </w:pPr>
            <w:r w:rsidRPr="00EE3256">
              <w:rPr>
                <w:rFonts w:ascii="Arial" w:hAnsi="Arial" w:cs="Arial"/>
                <w:sz w:val="22"/>
              </w:rPr>
              <w:t>2. Dispoñibilidade dun servizo, sistema ou mecanismo operativo de atención, información, reserva, contratación ou xestión da participación das persoas usuarias, de maneira presencial, telefónica ou dixital.</w:t>
            </w:r>
          </w:p>
          <w:p w14:paraId="39A926EF" w14:textId="77777777" w:rsidR="00EE3256" w:rsidRPr="00EE3256" w:rsidRDefault="00EE3256" w:rsidP="00EE3256">
            <w:pPr>
              <w:spacing w:after="240"/>
              <w:rPr>
                <w:rFonts w:ascii="Arial" w:hAnsi="Arial" w:cs="Arial"/>
                <w:sz w:val="22"/>
              </w:rPr>
            </w:pPr>
            <w:r w:rsidRPr="00EE3256">
              <w:rPr>
                <w:rFonts w:ascii="Arial" w:hAnsi="Arial" w:cs="Arial"/>
                <w:sz w:val="22"/>
              </w:rPr>
              <w:t xml:space="preserve">3. Existencia de información básica e actualizada sobre a actividade ou servizo ofrecido, incluíndo, cando proceda, contidos, condicións de participación, duración, horarios, punto de encontro, prezos </w:t>
            </w:r>
            <w:proofErr w:type="spellStart"/>
            <w:r w:rsidRPr="00EE3256">
              <w:rPr>
                <w:rFonts w:ascii="Arial" w:hAnsi="Arial" w:cs="Arial"/>
                <w:sz w:val="22"/>
              </w:rPr>
              <w:t>orientativos</w:t>
            </w:r>
            <w:proofErr w:type="spellEnd"/>
            <w:r w:rsidRPr="00EE3256">
              <w:rPr>
                <w:rFonts w:ascii="Arial" w:hAnsi="Arial" w:cs="Arial"/>
                <w:sz w:val="22"/>
              </w:rPr>
              <w:t>, sistema de reserva, requisitos físicos ou técnicos, limitacións e recomendacións para as persoas participantes.</w:t>
            </w:r>
          </w:p>
          <w:p w14:paraId="29476136" w14:textId="77777777" w:rsidR="00EE3256" w:rsidRPr="00EE3256" w:rsidRDefault="00EE3256" w:rsidP="00EE3256">
            <w:pPr>
              <w:spacing w:after="240"/>
              <w:rPr>
                <w:rFonts w:ascii="Arial" w:hAnsi="Arial" w:cs="Arial"/>
                <w:sz w:val="22"/>
              </w:rPr>
            </w:pPr>
            <w:r w:rsidRPr="00EE3256">
              <w:rPr>
                <w:rFonts w:ascii="Arial" w:hAnsi="Arial" w:cs="Arial"/>
                <w:sz w:val="22"/>
              </w:rPr>
              <w:t>4. Posibilidade efectiva de pagamento con tarxeta ou outro medio electrónico equivalente, cando exista contratación, reserva ou pagamento directo por parte da clientela final.</w:t>
            </w:r>
          </w:p>
        </w:tc>
      </w:tr>
    </w:tbl>
    <w:p w14:paraId="396A17B0" w14:textId="77777777" w:rsidR="00EE3256" w:rsidRDefault="00EE3256" w:rsidP="00142486">
      <w:pPr>
        <w:spacing w:after="120"/>
        <w:jc w:val="both"/>
        <w:rPr>
          <w:rFonts w:ascii="Arial" w:hAnsi="Arial" w:cs="Arial"/>
          <w:sz w:val="22"/>
          <w:szCs w:val="28"/>
        </w:rPr>
      </w:pPr>
    </w:p>
    <w:p w14:paraId="37E2A89C" w14:textId="283CA3F1" w:rsidR="00142486" w:rsidRPr="00F53E99" w:rsidRDefault="00142486" w:rsidP="00142486">
      <w:pPr>
        <w:spacing w:after="120"/>
        <w:jc w:val="both"/>
        <w:rPr>
          <w:rFonts w:ascii="Arial" w:hAnsi="Arial" w:cs="Arial"/>
          <w:sz w:val="22"/>
          <w:szCs w:val="28"/>
        </w:rPr>
      </w:pPr>
      <w:r w:rsidRPr="00F53E99">
        <w:rPr>
          <w:rFonts w:ascii="Arial" w:hAnsi="Arial" w:cs="Arial"/>
          <w:sz w:val="22"/>
          <w:szCs w:val="28"/>
        </w:rPr>
        <w:t>Marque cun X os requisitos avaliables que cumpre:</w:t>
      </w:r>
    </w:p>
    <w:p w14:paraId="7DDC0AD9" w14:textId="77777777" w:rsidR="00F14AC1" w:rsidRDefault="00F14AC1" w:rsidP="00CE3811"/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262"/>
        <w:gridCol w:w="7216"/>
        <w:gridCol w:w="938"/>
      </w:tblGrid>
      <w:tr w:rsidR="0081390E" w:rsidRPr="0081390E" w14:paraId="2A1D793B" w14:textId="049B2CC6" w:rsidTr="0081390E">
        <w:trPr>
          <w:jc w:val="center"/>
        </w:trPr>
        <w:tc>
          <w:tcPr>
            <w:tcW w:w="2263" w:type="dxa"/>
            <w:shd w:val="clear" w:color="auto" w:fill="008C95"/>
            <w:vAlign w:val="center"/>
          </w:tcPr>
          <w:p w14:paraId="66D28DC6" w14:textId="77777777" w:rsidR="0081390E" w:rsidRPr="0081390E" w:rsidRDefault="0081390E" w:rsidP="00191886">
            <w:pPr>
              <w:rPr>
                <w:rFonts w:ascii="Arial" w:hAnsi="Arial" w:cs="Arial"/>
                <w:sz w:val="22"/>
              </w:rPr>
            </w:pPr>
            <w:r w:rsidRPr="0081390E">
              <w:rPr>
                <w:rFonts w:ascii="Arial" w:hAnsi="Arial" w:cs="Arial"/>
                <w:b/>
                <w:color w:val="FFFFFF"/>
                <w:sz w:val="22"/>
              </w:rPr>
              <w:t>Ámbito</w:t>
            </w:r>
          </w:p>
        </w:tc>
        <w:tc>
          <w:tcPr>
            <w:tcW w:w="7230" w:type="dxa"/>
            <w:shd w:val="clear" w:color="auto" w:fill="008C95"/>
            <w:vAlign w:val="center"/>
          </w:tcPr>
          <w:p w14:paraId="3695C118" w14:textId="77777777" w:rsidR="0081390E" w:rsidRPr="0081390E" w:rsidRDefault="0081390E" w:rsidP="00191886">
            <w:pPr>
              <w:rPr>
                <w:rFonts w:ascii="Arial" w:hAnsi="Arial" w:cs="Arial"/>
                <w:sz w:val="22"/>
              </w:rPr>
            </w:pPr>
            <w:r w:rsidRPr="0081390E">
              <w:rPr>
                <w:rFonts w:ascii="Arial" w:hAnsi="Arial" w:cs="Arial"/>
                <w:b/>
                <w:color w:val="FFFFFF"/>
                <w:sz w:val="22"/>
              </w:rPr>
              <w:t>Requirimentos avaliables (cumprimento dun mínimo do 25%)</w:t>
            </w:r>
          </w:p>
        </w:tc>
        <w:tc>
          <w:tcPr>
            <w:tcW w:w="923" w:type="dxa"/>
            <w:shd w:val="clear" w:color="auto" w:fill="008C95"/>
          </w:tcPr>
          <w:p w14:paraId="50116CF0" w14:textId="051B159A" w:rsidR="0081390E" w:rsidRPr="0081390E" w:rsidRDefault="0081390E" w:rsidP="00191886">
            <w:pPr>
              <w:rPr>
                <w:rFonts w:ascii="Arial" w:hAnsi="Arial" w:cs="Arial"/>
                <w:b/>
                <w:color w:val="FFFFFF"/>
                <w:sz w:val="22"/>
              </w:rPr>
            </w:pPr>
            <w:r w:rsidRPr="0081390E">
              <w:rPr>
                <w:rFonts w:ascii="Arial" w:hAnsi="Arial" w:cs="Arial"/>
                <w:b/>
                <w:color w:val="FFFFFF"/>
                <w:sz w:val="22"/>
              </w:rPr>
              <w:t>Marcar</w:t>
            </w:r>
          </w:p>
        </w:tc>
      </w:tr>
      <w:tr w:rsidR="0081390E" w:rsidRPr="0081390E" w14:paraId="70F064F7" w14:textId="30669414" w:rsidTr="0081390E">
        <w:trPr>
          <w:jc w:val="center"/>
        </w:trPr>
        <w:tc>
          <w:tcPr>
            <w:tcW w:w="2263" w:type="dxa"/>
            <w:vMerge w:val="restart"/>
            <w:shd w:val="clear" w:color="auto" w:fill="EAF3F4"/>
            <w:vAlign w:val="center"/>
          </w:tcPr>
          <w:p w14:paraId="47C09929" w14:textId="77777777" w:rsidR="0081390E" w:rsidRPr="0081390E" w:rsidRDefault="0081390E" w:rsidP="00191886">
            <w:pPr>
              <w:rPr>
                <w:rFonts w:ascii="Arial" w:hAnsi="Arial" w:cs="Arial"/>
                <w:sz w:val="22"/>
              </w:rPr>
            </w:pPr>
            <w:r w:rsidRPr="0081390E">
              <w:rPr>
                <w:rFonts w:ascii="Arial" w:hAnsi="Arial" w:cs="Arial"/>
                <w:b/>
                <w:color w:val="003B5C"/>
                <w:sz w:val="22"/>
              </w:rPr>
              <w:t>Produto e territorio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42C093BC" w14:textId="77777777" w:rsidR="0081390E" w:rsidRPr="0081390E" w:rsidRDefault="0081390E" w:rsidP="0081390E">
            <w:pPr>
              <w:spacing w:before="240"/>
              <w:rPr>
                <w:rFonts w:ascii="Arial" w:hAnsi="Arial" w:cs="Arial"/>
                <w:sz w:val="22"/>
              </w:rPr>
            </w:pPr>
            <w:r w:rsidRPr="0081390E">
              <w:rPr>
                <w:rFonts w:ascii="Arial" w:hAnsi="Arial" w:cs="Arial"/>
                <w:sz w:val="22"/>
              </w:rPr>
              <w:t xml:space="preserve">1. Integra de maneira significativa recursos, produtos, paisaxes, oficios, actividades económicas, cultura, patrimonio ou elementos </w:t>
            </w:r>
            <w:proofErr w:type="spellStart"/>
            <w:r w:rsidRPr="0081390E">
              <w:rPr>
                <w:rFonts w:ascii="Arial" w:hAnsi="Arial" w:cs="Arial"/>
                <w:sz w:val="22"/>
              </w:rPr>
              <w:t>identitarios</w:t>
            </w:r>
            <w:proofErr w:type="spellEnd"/>
            <w:r w:rsidRPr="0081390E">
              <w:rPr>
                <w:rFonts w:ascii="Arial" w:hAnsi="Arial" w:cs="Arial"/>
                <w:sz w:val="22"/>
              </w:rPr>
              <w:t xml:space="preserve"> de Galicia Suroeste no deseño, contido ou desenvolvemento da actividade, de tal forma que contribúan a explicar e poñer en valor o territorio.</w:t>
            </w: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14:paraId="6A4BA2F2" w14:textId="77777777" w:rsidR="0081390E" w:rsidRPr="0081390E" w:rsidRDefault="0081390E" w:rsidP="0081390E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81390E" w:rsidRPr="0081390E" w14:paraId="10806F0E" w14:textId="3EE5D505" w:rsidTr="0081390E">
        <w:trPr>
          <w:jc w:val="center"/>
        </w:trPr>
        <w:tc>
          <w:tcPr>
            <w:tcW w:w="2263" w:type="dxa"/>
            <w:vMerge/>
            <w:shd w:val="clear" w:color="auto" w:fill="EAF3F4"/>
            <w:vAlign w:val="center"/>
          </w:tcPr>
          <w:p w14:paraId="515E577C" w14:textId="77777777" w:rsidR="0081390E" w:rsidRPr="0081390E" w:rsidRDefault="0081390E" w:rsidP="00191886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2B4EFE59" w14:textId="77777777" w:rsidR="0081390E" w:rsidRPr="0081390E" w:rsidRDefault="0081390E" w:rsidP="0081390E">
            <w:pPr>
              <w:spacing w:before="240"/>
              <w:rPr>
                <w:rFonts w:ascii="Arial" w:hAnsi="Arial" w:cs="Arial"/>
                <w:sz w:val="22"/>
              </w:rPr>
            </w:pPr>
            <w:r w:rsidRPr="0081390E">
              <w:rPr>
                <w:rFonts w:ascii="Arial" w:hAnsi="Arial" w:cs="Arial"/>
                <w:sz w:val="22"/>
              </w:rPr>
              <w:t xml:space="preserve">2. Colabora con produtores, industrias </w:t>
            </w:r>
            <w:proofErr w:type="spellStart"/>
            <w:r w:rsidRPr="0081390E">
              <w:rPr>
                <w:rFonts w:ascii="Arial" w:hAnsi="Arial" w:cs="Arial"/>
                <w:sz w:val="22"/>
              </w:rPr>
              <w:t>agroalimentarias</w:t>
            </w:r>
            <w:proofErr w:type="spellEnd"/>
            <w:r w:rsidRPr="0081390E">
              <w:rPr>
                <w:rFonts w:ascii="Arial" w:hAnsi="Arial" w:cs="Arial"/>
                <w:sz w:val="22"/>
              </w:rPr>
              <w:t xml:space="preserve">, adegas, viveiros, obradoiros artesáns, tendas especializadas, aloxamentos, restaurantes, axencias de viaxe, guías de turismo, entidades locais ou outros axentes do territorio en experiencias, recomendacións, derivacións, paquetes, accións </w:t>
            </w:r>
            <w:proofErr w:type="spellStart"/>
            <w:r w:rsidRPr="0081390E">
              <w:rPr>
                <w:rFonts w:ascii="Arial" w:hAnsi="Arial" w:cs="Arial"/>
                <w:sz w:val="22"/>
              </w:rPr>
              <w:t>promocionais</w:t>
            </w:r>
            <w:proofErr w:type="spellEnd"/>
            <w:r w:rsidRPr="0081390E">
              <w:rPr>
                <w:rFonts w:ascii="Arial" w:hAnsi="Arial" w:cs="Arial"/>
                <w:sz w:val="22"/>
              </w:rPr>
              <w:t xml:space="preserve"> ou propostas combinadas.</w:t>
            </w: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14:paraId="1229ED79" w14:textId="77777777" w:rsidR="0081390E" w:rsidRPr="0081390E" w:rsidRDefault="0081390E" w:rsidP="0081390E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81390E" w:rsidRPr="0081390E" w14:paraId="41F42732" w14:textId="30D33D45" w:rsidTr="0081390E">
        <w:trPr>
          <w:jc w:val="center"/>
        </w:trPr>
        <w:tc>
          <w:tcPr>
            <w:tcW w:w="2263" w:type="dxa"/>
            <w:vMerge/>
            <w:shd w:val="clear" w:color="auto" w:fill="EAF3F4"/>
            <w:vAlign w:val="center"/>
          </w:tcPr>
          <w:p w14:paraId="2A3133F2" w14:textId="77777777" w:rsidR="0081390E" w:rsidRPr="0081390E" w:rsidRDefault="0081390E" w:rsidP="00191886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3CA285CF" w14:textId="77777777" w:rsidR="0081390E" w:rsidRPr="0081390E" w:rsidRDefault="0081390E" w:rsidP="0081390E">
            <w:pPr>
              <w:spacing w:before="240"/>
              <w:rPr>
                <w:rFonts w:ascii="Arial" w:hAnsi="Arial" w:cs="Arial"/>
                <w:sz w:val="22"/>
              </w:rPr>
            </w:pPr>
            <w:r w:rsidRPr="0081390E">
              <w:rPr>
                <w:rFonts w:ascii="Arial" w:hAnsi="Arial" w:cs="Arial"/>
                <w:sz w:val="22"/>
              </w:rPr>
              <w:t>3. Adapta o deseño ou desenvolvemento da súa actividade, cando proceda, a diferentes perfís de público, motivacións de viaxe ou segmentos de demanda, mantendo a coherencia coa identidade territorial e cos valores do club de produto.</w:t>
            </w: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14:paraId="32E258C8" w14:textId="77777777" w:rsidR="0081390E" w:rsidRPr="0081390E" w:rsidRDefault="0081390E" w:rsidP="0081390E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81390E" w:rsidRPr="0081390E" w14:paraId="708B03DE" w14:textId="73958A16" w:rsidTr="0081390E">
        <w:trPr>
          <w:jc w:val="center"/>
        </w:trPr>
        <w:tc>
          <w:tcPr>
            <w:tcW w:w="2263" w:type="dxa"/>
            <w:vMerge w:val="restart"/>
            <w:shd w:val="clear" w:color="auto" w:fill="EAF3F4"/>
            <w:vAlign w:val="center"/>
          </w:tcPr>
          <w:p w14:paraId="4E909091" w14:textId="77777777" w:rsidR="0081390E" w:rsidRPr="0081390E" w:rsidRDefault="0081390E" w:rsidP="00191886">
            <w:pPr>
              <w:rPr>
                <w:rFonts w:ascii="Arial" w:hAnsi="Arial" w:cs="Arial"/>
                <w:sz w:val="22"/>
              </w:rPr>
            </w:pPr>
            <w:proofErr w:type="spellStart"/>
            <w:r w:rsidRPr="0081390E">
              <w:rPr>
                <w:rFonts w:ascii="Arial" w:hAnsi="Arial" w:cs="Arial"/>
                <w:b/>
                <w:color w:val="003B5C"/>
                <w:sz w:val="22"/>
              </w:rPr>
              <w:t>Sostibilidade</w:t>
            </w:r>
            <w:proofErr w:type="spellEnd"/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1B06D7A1" w14:textId="77777777" w:rsidR="0081390E" w:rsidRPr="0081390E" w:rsidRDefault="0081390E" w:rsidP="0081390E">
            <w:pPr>
              <w:spacing w:before="240"/>
              <w:rPr>
                <w:rFonts w:ascii="Arial" w:hAnsi="Arial" w:cs="Arial"/>
                <w:sz w:val="22"/>
              </w:rPr>
            </w:pPr>
            <w:r w:rsidRPr="0081390E">
              <w:rPr>
                <w:rFonts w:ascii="Arial" w:hAnsi="Arial" w:cs="Arial"/>
                <w:sz w:val="22"/>
              </w:rPr>
              <w:t>4. Aplica medidas de xestión responsable da actividade, como control do tamaño dos grupos, planificación de horarios, selección adecuada de percorridos ou puntos de parada, así como actuacións orientadas a previr molestias á poboación local e a cumprir as normas de uso dos espazos visitados.</w:t>
            </w: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14:paraId="4ADF6E92" w14:textId="77777777" w:rsidR="0081390E" w:rsidRPr="0081390E" w:rsidRDefault="0081390E" w:rsidP="0081390E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81390E" w:rsidRPr="0081390E" w14:paraId="355826DE" w14:textId="165503BE" w:rsidTr="0081390E">
        <w:trPr>
          <w:jc w:val="center"/>
        </w:trPr>
        <w:tc>
          <w:tcPr>
            <w:tcW w:w="2263" w:type="dxa"/>
            <w:vMerge/>
            <w:shd w:val="clear" w:color="auto" w:fill="EAF3F4"/>
            <w:vAlign w:val="center"/>
          </w:tcPr>
          <w:p w14:paraId="20204753" w14:textId="77777777" w:rsidR="0081390E" w:rsidRPr="0081390E" w:rsidRDefault="0081390E" w:rsidP="00191886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115CEF61" w14:textId="77777777" w:rsidR="0081390E" w:rsidRPr="0081390E" w:rsidRDefault="0081390E" w:rsidP="0081390E">
            <w:pPr>
              <w:spacing w:before="240"/>
              <w:rPr>
                <w:rFonts w:ascii="Arial" w:hAnsi="Arial" w:cs="Arial"/>
                <w:sz w:val="22"/>
              </w:rPr>
            </w:pPr>
            <w:r w:rsidRPr="0081390E">
              <w:rPr>
                <w:rFonts w:ascii="Arial" w:hAnsi="Arial" w:cs="Arial"/>
                <w:sz w:val="22"/>
              </w:rPr>
              <w:t>5. Conta con medidas para a redución, separación ou correcta xestión dos residuos xerados durante a actividade, así como para evitar o abandono de materiais ou impactos derivados da presenza das persoas participantes nos espazos visitados.</w:t>
            </w: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14:paraId="567D582E" w14:textId="77777777" w:rsidR="0081390E" w:rsidRPr="0081390E" w:rsidRDefault="0081390E" w:rsidP="0081390E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81390E" w:rsidRPr="0081390E" w14:paraId="301E50D5" w14:textId="14220511" w:rsidTr="0081390E">
        <w:trPr>
          <w:jc w:val="center"/>
        </w:trPr>
        <w:tc>
          <w:tcPr>
            <w:tcW w:w="2263" w:type="dxa"/>
            <w:vMerge/>
            <w:shd w:val="clear" w:color="auto" w:fill="EAF3F4"/>
            <w:vAlign w:val="center"/>
          </w:tcPr>
          <w:p w14:paraId="11D7E932" w14:textId="77777777" w:rsidR="0081390E" w:rsidRPr="0081390E" w:rsidRDefault="0081390E" w:rsidP="00191886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2319CEC6" w14:textId="77777777" w:rsidR="0081390E" w:rsidRPr="0081390E" w:rsidRDefault="0081390E" w:rsidP="0081390E">
            <w:pPr>
              <w:spacing w:before="240"/>
              <w:rPr>
                <w:rFonts w:ascii="Arial" w:hAnsi="Arial" w:cs="Arial"/>
                <w:sz w:val="22"/>
              </w:rPr>
            </w:pPr>
            <w:r w:rsidRPr="0081390E">
              <w:rPr>
                <w:rFonts w:ascii="Arial" w:hAnsi="Arial" w:cs="Arial"/>
                <w:sz w:val="22"/>
              </w:rPr>
              <w:t xml:space="preserve">6. Emprega, cando sexa viable, materiais, equipamentos, soportes informativos ou recursos auxiliares </w:t>
            </w:r>
            <w:proofErr w:type="spellStart"/>
            <w:r w:rsidRPr="0081390E">
              <w:rPr>
                <w:rFonts w:ascii="Arial" w:hAnsi="Arial" w:cs="Arial"/>
                <w:sz w:val="22"/>
              </w:rPr>
              <w:t>reutilizables</w:t>
            </w:r>
            <w:proofErr w:type="spellEnd"/>
            <w:r w:rsidRPr="0081390E">
              <w:rPr>
                <w:rFonts w:ascii="Arial" w:hAnsi="Arial" w:cs="Arial"/>
                <w:sz w:val="22"/>
              </w:rPr>
              <w:t>, reciclables, dixitais ou con menor impacto ambiental, compatibles coa seguridade, a calidade e a correcta prestación do servizo.</w:t>
            </w: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14:paraId="78291C0A" w14:textId="77777777" w:rsidR="0081390E" w:rsidRPr="0081390E" w:rsidRDefault="0081390E" w:rsidP="0081390E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81390E" w:rsidRPr="0081390E" w14:paraId="7C5030D7" w14:textId="46F7656C" w:rsidTr="0081390E">
        <w:trPr>
          <w:jc w:val="center"/>
        </w:trPr>
        <w:tc>
          <w:tcPr>
            <w:tcW w:w="2263" w:type="dxa"/>
            <w:vMerge/>
            <w:shd w:val="clear" w:color="auto" w:fill="EAF3F4"/>
            <w:vAlign w:val="center"/>
          </w:tcPr>
          <w:p w14:paraId="160FB91F" w14:textId="77777777" w:rsidR="0081390E" w:rsidRPr="0081390E" w:rsidRDefault="0081390E" w:rsidP="00191886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743DA783" w14:textId="77777777" w:rsidR="0081390E" w:rsidRPr="0081390E" w:rsidRDefault="0081390E" w:rsidP="0081390E">
            <w:pPr>
              <w:spacing w:before="240"/>
              <w:rPr>
                <w:rFonts w:ascii="Arial" w:hAnsi="Arial" w:cs="Arial"/>
                <w:sz w:val="22"/>
              </w:rPr>
            </w:pPr>
            <w:r w:rsidRPr="0081390E">
              <w:rPr>
                <w:rFonts w:ascii="Arial" w:hAnsi="Arial" w:cs="Arial"/>
                <w:sz w:val="22"/>
              </w:rPr>
              <w:t>7. Incorpora mensaxes, pautas ou indicacións de sensibilización ambiental, cultural, patrimonial ou de boas prácticas dirixidas ás persoas participantes antes ou durante a actividade.</w:t>
            </w: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14:paraId="1BFACBE9" w14:textId="77777777" w:rsidR="0081390E" w:rsidRPr="0081390E" w:rsidRDefault="0081390E" w:rsidP="0081390E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81390E" w:rsidRPr="0081390E" w14:paraId="5D6D2B95" w14:textId="160D464F" w:rsidTr="0081390E">
        <w:trPr>
          <w:jc w:val="center"/>
        </w:trPr>
        <w:tc>
          <w:tcPr>
            <w:tcW w:w="2263" w:type="dxa"/>
            <w:vMerge/>
            <w:shd w:val="clear" w:color="auto" w:fill="EAF3F4"/>
            <w:vAlign w:val="center"/>
          </w:tcPr>
          <w:p w14:paraId="2B6EA9CF" w14:textId="77777777" w:rsidR="0081390E" w:rsidRPr="0081390E" w:rsidRDefault="0081390E" w:rsidP="00191886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4F752DDC" w14:textId="77777777" w:rsidR="0081390E" w:rsidRPr="0081390E" w:rsidRDefault="0081390E" w:rsidP="0081390E">
            <w:pPr>
              <w:spacing w:before="240"/>
              <w:rPr>
                <w:rFonts w:ascii="Arial" w:hAnsi="Arial" w:cs="Arial"/>
                <w:sz w:val="22"/>
              </w:rPr>
            </w:pPr>
            <w:r w:rsidRPr="0081390E">
              <w:rPr>
                <w:rFonts w:ascii="Arial" w:hAnsi="Arial" w:cs="Arial"/>
                <w:sz w:val="22"/>
              </w:rPr>
              <w:t>8. Conta con medidas implantadas para a redución ou racionalización do consumo enerxético, de auga ou doutros recursos cando a actividade dispoña de instalacións, oficinas, embarcacións, vehículos, equipamentos ou infraestruturas asociadas á prestación do servizo.</w:t>
            </w: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14:paraId="164EF6E7" w14:textId="77777777" w:rsidR="0081390E" w:rsidRPr="0081390E" w:rsidRDefault="0081390E" w:rsidP="0081390E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81390E" w:rsidRPr="0081390E" w14:paraId="79B7DBA3" w14:textId="68A0E908" w:rsidTr="0081390E">
        <w:trPr>
          <w:jc w:val="center"/>
        </w:trPr>
        <w:tc>
          <w:tcPr>
            <w:tcW w:w="2263" w:type="dxa"/>
            <w:vMerge/>
            <w:shd w:val="clear" w:color="auto" w:fill="EAF3F4"/>
            <w:vAlign w:val="center"/>
          </w:tcPr>
          <w:p w14:paraId="402DEB17" w14:textId="77777777" w:rsidR="0081390E" w:rsidRPr="0081390E" w:rsidRDefault="0081390E" w:rsidP="00191886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3CA0A3C7" w14:textId="77777777" w:rsidR="0081390E" w:rsidRPr="0081390E" w:rsidRDefault="0081390E" w:rsidP="0081390E">
            <w:pPr>
              <w:spacing w:before="240"/>
              <w:rPr>
                <w:rFonts w:ascii="Arial" w:hAnsi="Arial" w:cs="Arial"/>
                <w:sz w:val="22"/>
              </w:rPr>
            </w:pPr>
            <w:r w:rsidRPr="0081390E">
              <w:rPr>
                <w:rFonts w:ascii="Arial" w:hAnsi="Arial" w:cs="Arial"/>
                <w:sz w:val="22"/>
              </w:rPr>
              <w:t xml:space="preserve">9. Conta cunha certificación, distintivo, adhesión, política interna, protocolo ou evidencia documentada relacionada coa </w:t>
            </w:r>
            <w:proofErr w:type="spellStart"/>
            <w:r w:rsidRPr="0081390E">
              <w:rPr>
                <w:rFonts w:ascii="Arial" w:hAnsi="Arial" w:cs="Arial"/>
                <w:sz w:val="22"/>
              </w:rPr>
              <w:t>sostibilidade</w:t>
            </w:r>
            <w:proofErr w:type="spellEnd"/>
            <w:r w:rsidRPr="0081390E">
              <w:rPr>
                <w:rFonts w:ascii="Arial" w:hAnsi="Arial" w:cs="Arial"/>
                <w:sz w:val="22"/>
              </w:rPr>
              <w:t>, a seguridade, a calidade, a xestión responsable da actividade ou a protección dos recursos naturais, culturais ou patrimoniais.</w:t>
            </w: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14:paraId="0018B92B" w14:textId="77777777" w:rsidR="0081390E" w:rsidRPr="0081390E" w:rsidRDefault="0081390E" w:rsidP="0081390E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81390E" w:rsidRPr="0081390E" w14:paraId="6373A6BA" w14:textId="5C75FE0A" w:rsidTr="0081390E">
        <w:trPr>
          <w:jc w:val="center"/>
        </w:trPr>
        <w:tc>
          <w:tcPr>
            <w:tcW w:w="2263" w:type="dxa"/>
            <w:vMerge w:val="restart"/>
            <w:shd w:val="clear" w:color="auto" w:fill="EAF3F4"/>
            <w:vAlign w:val="center"/>
          </w:tcPr>
          <w:p w14:paraId="1D71EDF5" w14:textId="77777777" w:rsidR="0081390E" w:rsidRPr="0081390E" w:rsidRDefault="0081390E" w:rsidP="00191886">
            <w:pPr>
              <w:rPr>
                <w:rFonts w:ascii="Arial" w:hAnsi="Arial" w:cs="Arial"/>
                <w:sz w:val="22"/>
              </w:rPr>
            </w:pPr>
            <w:r w:rsidRPr="0081390E">
              <w:rPr>
                <w:rFonts w:ascii="Arial" w:hAnsi="Arial" w:cs="Arial"/>
                <w:b/>
                <w:color w:val="003B5C"/>
                <w:sz w:val="22"/>
              </w:rPr>
              <w:t>Accesibilidade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36C29FA7" w14:textId="77777777" w:rsidR="0081390E" w:rsidRPr="0081390E" w:rsidRDefault="0081390E" w:rsidP="0081390E">
            <w:pPr>
              <w:spacing w:before="240"/>
              <w:rPr>
                <w:rFonts w:ascii="Arial" w:hAnsi="Arial" w:cs="Arial"/>
                <w:sz w:val="22"/>
              </w:rPr>
            </w:pPr>
            <w:r w:rsidRPr="0081390E">
              <w:rPr>
                <w:rFonts w:ascii="Arial" w:hAnsi="Arial" w:cs="Arial"/>
                <w:sz w:val="22"/>
              </w:rPr>
              <w:t>10. Dispón de medidas de accesibilidade física, sensorial ou cognitiva aplicables á información previa, ao proceso de reserva, ao punto de encontro, aos materiais, ao desenvolvemento da actividade ou á atención ás persoas participantes, proporcionais ás características do servizo.</w:t>
            </w: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14:paraId="359FB6A0" w14:textId="77777777" w:rsidR="0081390E" w:rsidRPr="0081390E" w:rsidRDefault="0081390E" w:rsidP="0081390E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81390E" w:rsidRPr="0081390E" w14:paraId="092475DD" w14:textId="2EB9AF9F" w:rsidTr="0081390E">
        <w:trPr>
          <w:jc w:val="center"/>
        </w:trPr>
        <w:tc>
          <w:tcPr>
            <w:tcW w:w="2263" w:type="dxa"/>
            <w:vMerge/>
            <w:shd w:val="clear" w:color="auto" w:fill="EAF3F4"/>
            <w:vAlign w:val="center"/>
          </w:tcPr>
          <w:p w14:paraId="66D01E56" w14:textId="77777777" w:rsidR="0081390E" w:rsidRPr="0081390E" w:rsidRDefault="0081390E" w:rsidP="00191886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5928B13E" w14:textId="77777777" w:rsidR="0081390E" w:rsidRPr="0081390E" w:rsidRDefault="0081390E" w:rsidP="0081390E">
            <w:pPr>
              <w:spacing w:before="240"/>
              <w:rPr>
                <w:rFonts w:ascii="Arial" w:hAnsi="Arial" w:cs="Arial"/>
                <w:sz w:val="22"/>
              </w:rPr>
            </w:pPr>
            <w:r w:rsidRPr="0081390E">
              <w:rPr>
                <w:rFonts w:ascii="Arial" w:hAnsi="Arial" w:cs="Arial"/>
                <w:sz w:val="22"/>
              </w:rPr>
              <w:t>11. Informa de maneira clara sobre as condicións de accesibilidade existentes, posibles limitacións, requisitos físicos ou técnicos, riscos, recomendacións e alternativas dispoñibles para persoas con necesidades específicas.</w:t>
            </w: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14:paraId="24932481" w14:textId="77777777" w:rsidR="0081390E" w:rsidRPr="0081390E" w:rsidRDefault="0081390E" w:rsidP="0081390E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81390E" w:rsidRPr="0081390E" w14:paraId="0DFDE696" w14:textId="39AA5292" w:rsidTr="0081390E">
        <w:trPr>
          <w:jc w:val="center"/>
        </w:trPr>
        <w:tc>
          <w:tcPr>
            <w:tcW w:w="2263" w:type="dxa"/>
            <w:vMerge w:val="restart"/>
            <w:shd w:val="clear" w:color="auto" w:fill="EAF3F4"/>
            <w:vAlign w:val="center"/>
          </w:tcPr>
          <w:p w14:paraId="56CA46B2" w14:textId="77777777" w:rsidR="0081390E" w:rsidRPr="0081390E" w:rsidRDefault="0081390E" w:rsidP="00191886">
            <w:pPr>
              <w:rPr>
                <w:rFonts w:ascii="Arial" w:hAnsi="Arial" w:cs="Arial"/>
                <w:sz w:val="22"/>
              </w:rPr>
            </w:pPr>
            <w:r w:rsidRPr="0081390E">
              <w:rPr>
                <w:rFonts w:ascii="Arial" w:hAnsi="Arial" w:cs="Arial"/>
                <w:b/>
                <w:color w:val="003B5C"/>
                <w:sz w:val="22"/>
              </w:rPr>
              <w:t>Comercialización e dixitalización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29070956" w14:textId="77777777" w:rsidR="0081390E" w:rsidRPr="0081390E" w:rsidRDefault="0081390E" w:rsidP="0081390E">
            <w:pPr>
              <w:spacing w:before="240"/>
              <w:rPr>
                <w:rFonts w:ascii="Arial" w:hAnsi="Arial" w:cs="Arial"/>
                <w:sz w:val="22"/>
              </w:rPr>
            </w:pPr>
            <w:r w:rsidRPr="0081390E">
              <w:rPr>
                <w:rFonts w:ascii="Arial" w:hAnsi="Arial" w:cs="Arial"/>
                <w:sz w:val="22"/>
              </w:rPr>
              <w:t xml:space="preserve">12. Ten páxina </w:t>
            </w:r>
            <w:proofErr w:type="spellStart"/>
            <w:r w:rsidRPr="0081390E">
              <w:rPr>
                <w:rFonts w:ascii="Arial" w:hAnsi="Arial" w:cs="Arial"/>
                <w:sz w:val="22"/>
              </w:rPr>
              <w:t>web</w:t>
            </w:r>
            <w:proofErr w:type="spellEnd"/>
            <w:r w:rsidRPr="0081390E">
              <w:rPr>
                <w:rFonts w:ascii="Arial" w:hAnsi="Arial" w:cs="Arial"/>
                <w:sz w:val="22"/>
              </w:rPr>
              <w:t>, perfil dixital propio en redes sociais, ficha controlada pola propia empresa ou presenza actualizada en plataformas, directorios ou canles dixitais relevantes para a demanda turística, con información actualizada da actividade, servizo ou experiencia.</w:t>
            </w: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14:paraId="562E8720" w14:textId="77777777" w:rsidR="0081390E" w:rsidRPr="0081390E" w:rsidRDefault="0081390E" w:rsidP="0081390E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81390E" w:rsidRPr="0081390E" w14:paraId="06ABB399" w14:textId="514A0214" w:rsidTr="0081390E">
        <w:trPr>
          <w:jc w:val="center"/>
        </w:trPr>
        <w:tc>
          <w:tcPr>
            <w:tcW w:w="2263" w:type="dxa"/>
            <w:vMerge/>
            <w:shd w:val="clear" w:color="auto" w:fill="EAF3F4"/>
            <w:vAlign w:val="center"/>
          </w:tcPr>
          <w:p w14:paraId="6083C0C3" w14:textId="77777777" w:rsidR="0081390E" w:rsidRPr="0081390E" w:rsidRDefault="0081390E" w:rsidP="00191886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3986E27D" w14:textId="77777777" w:rsidR="0081390E" w:rsidRPr="0081390E" w:rsidRDefault="0081390E" w:rsidP="0081390E">
            <w:pPr>
              <w:spacing w:before="240"/>
              <w:rPr>
                <w:rFonts w:ascii="Arial" w:hAnsi="Arial" w:cs="Arial"/>
                <w:sz w:val="22"/>
              </w:rPr>
            </w:pPr>
            <w:r w:rsidRPr="0081390E">
              <w:rPr>
                <w:rFonts w:ascii="Arial" w:hAnsi="Arial" w:cs="Arial"/>
                <w:sz w:val="22"/>
              </w:rPr>
              <w:t>13. Dispón de canles dixitais actualizadas e operativas para a solicitude de información, reserva, contratación, confirmación de prazas, consulta de horarios, condicións da actividade ou contacto coa entidade.</w:t>
            </w: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14:paraId="1F3E8E76" w14:textId="77777777" w:rsidR="0081390E" w:rsidRPr="0081390E" w:rsidRDefault="0081390E" w:rsidP="0081390E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81390E" w:rsidRPr="0081390E" w14:paraId="497BD39C" w14:textId="0C18C68F" w:rsidTr="0081390E">
        <w:trPr>
          <w:jc w:val="center"/>
        </w:trPr>
        <w:tc>
          <w:tcPr>
            <w:tcW w:w="2263" w:type="dxa"/>
            <w:vMerge/>
            <w:shd w:val="clear" w:color="auto" w:fill="EAF3F4"/>
            <w:vAlign w:val="center"/>
          </w:tcPr>
          <w:p w14:paraId="0415B46D" w14:textId="77777777" w:rsidR="0081390E" w:rsidRPr="0081390E" w:rsidRDefault="0081390E" w:rsidP="00191886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4FB763C8" w14:textId="77777777" w:rsidR="0081390E" w:rsidRPr="0081390E" w:rsidRDefault="0081390E" w:rsidP="0081390E">
            <w:pPr>
              <w:spacing w:before="240"/>
              <w:rPr>
                <w:rFonts w:ascii="Arial" w:hAnsi="Arial" w:cs="Arial"/>
                <w:sz w:val="22"/>
              </w:rPr>
            </w:pPr>
            <w:r w:rsidRPr="0081390E">
              <w:rPr>
                <w:rFonts w:ascii="Arial" w:hAnsi="Arial" w:cs="Arial"/>
                <w:sz w:val="22"/>
              </w:rPr>
              <w:t xml:space="preserve">14. Identifica a súa vinculación co territorio de Galicia Suroeste nos seus materiais </w:t>
            </w:r>
            <w:proofErr w:type="spellStart"/>
            <w:r w:rsidRPr="0081390E">
              <w:rPr>
                <w:rFonts w:ascii="Arial" w:hAnsi="Arial" w:cs="Arial"/>
                <w:sz w:val="22"/>
              </w:rPr>
              <w:t>promocionais</w:t>
            </w:r>
            <w:proofErr w:type="spellEnd"/>
            <w:r w:rsidRPr="0081390E">
              <w:rPr>
                <w:rFonts w:ascii="Arial" w:hAnsi="Arial" w:cs="Arial"/>
                <w:sz w:val="22"/>
              </w:rPr>
              <w:t xml:space="preserve">, descricións comerciais, </w:t>
            </w:r>
            <w:proofErr w:type="spellStart"/>
            <w:r w:rsidRPr="0081390E">
              <w:rPr>
                <w:rFonts w:ascii="Arial" w:hAnsi="Arial" w:cs="Arial"/>
                <w:sz w:val="22"/>
              </w:rPr>
              <w:t>web</w:t>
            </w:r>
            <w:proofErr w:type="spellEnd"/>
            <w:r w:rsidRPr="0081390E">
              <w:rPr>
                <w:rFonts w:ascii="Arial" w:hAnsi="Arial" w:cs="Arial"/>
                <w:sz w:val="22"/>
              </w:rPr>
              <w:t>, redes sociais, documentación de reserva, soportes informativos ou comunicacións coa clientela.</w:t>
            </w: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14:paraId="2D861BDD" w14:textId="77777777" w:rsidR="0081390E" w:rsidRPr="0081390E" w:rsidRDefault="0081390E" w:rsidP="0081390E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81390E" w:rsidRPr="0081390E" w14:paraId="3FEEAE74" w14:textId="6C2BB263" w:rsidTr="0081390E">
        <w:trPr>
          <w:jc w:val="center"/>
        </w:trPr>
        <w:tc>
          <w:tcPr>
            <w:tcW w:w="2263" w:type="dxa"/>
            <w:vMerge w:val="restart"/>
            <w:shd w:val="clear" w:color="auto" w:fill="EAF3F4"/>
            <w:vAlign w:val="center"/>
          </w:tcPr>
          <w:p w14:paraId="2E71ED5A" w14:textId="77777777" w:rsidR="0081390E" w:rsidRPr="0081390E" w:rsidRDefault="0081390E" w:rsidP="00191886">
            <w:pPr>
              <w:rPr>
                <w:rFonts w:ascii="Arial" w:hAnsi="Arial" w:cs="Arial"/>
                <w:sz w:val="22"/>
              </w:rPr>
            </w:pPr>
            <w:r w:rsidRPr="0081390E">
              <w:rPr>
                <w:rFonts w:ascii="Arial" w:hAnsi="Arial" w:cs="Arial"/>
                <w:b/>
                <w:color w:val="003B5C"/>
                <w:sz w:val="22"/>
              </w:rPr>
              <w:lastRenderedPageBreak/>
              <w:t>Experiencia cliente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63AB5BD4" w14:textId="77777777" w:rsidR="0081390E" w:rsidRPr="0081390E" w:rsidRDefault="0081390E" w:rsidP="0081390E">
            <w:pPr>
              <w:spacing w:before="240"/>
              <w:rPr>
                <w:rFonts w:ascii="Arial" w:hAnsi="Arial" w:cs="Arial"/>
                <w:sz w:val="22"/>
              </w:rPr>
            </w:pPr>
            <w:r w:rsidRPr="0081390E">
              <w:rPr>
                <w:rFonts w:ascii="Arial" w:hAnsi="Arial" w:cs="Arial"/>
                <w:sz w:val="22"/>
              </w:rPr>
              <w:t xml:space="preserve">15. Facilita información clara e previa sobre medios de acceso, punto de encontro, aparcadoiro, transporte público, transporte propio, condicións meteorolóxicas, equipamento recomendado, duración, nivel de dificultade ou outras cuestións relevantes para a correcta participación na actividade. </w:t>
            </w: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14:paraId="636768F0" w14:textId="77777777" w:rsidR="0081390E" w:rsidRPr="0081390E" w:rsidRDefault="0081390E" w:rsidP="0081390E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81390E" w:rsidRPr="0081390E" w14:paraId="378D3A80" w14:textId="3AA29F79" w:rsidTr="0081390E">
        <w:trPr>
          <w:jc w:val="center"/>
        </w:trPr>
        <w:tc>
          <w:tcPr>
            <w:tcW w:w="2263" w:type="dxa"/>
            <w:vMerge/>
            <w:shd w:val="clear" w:color="auto" w:fill="EAF3F4"/>
            <w:vAlign w:val="center"/>
          </w:tcPr>
          <w:p w14:paraId="42A77B32" w14:textId="77777777" w:rsidR="0081390E" w:rsidRPr="0081390E" w:rsidRDefault="0081390E" w:rsidP="00191886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2E2E0BF3" w14:textId="77777777" w:rsidR="0081390E" w:rsidRPr="0081390E" w:rsidRDefault="0081390E" w:rsidP="0081390E">
            <w:pPr>
              <w:spacing w:before="240"/>
              <w:rPr>
                <w:rFonts w:ascii="Arial" w:hAnsi="Arial" w:cs="Arial"/>
                <w:sz w:val="22"/>
              </w:rPr>
            </w:pPr>
            <w:r w:rsidRPr="0081390E">
              <w:rPr>
                <w:rFonts w:ascii="Arial" w:hAnsi="Arial" w:cs="Arial"/>
                <w:sz w:val="22"/>
              </w:rPr>
              <w:t>16. Conta con pautas internas, persoal ou materiais de apoio para explicar ás persoas participantes a relación da actividade cos recursos, produtos, paisaxes, oficios, cultura, patrimonio ou identidade territorial de Galicia Suroeste, empregando unha linguaxe clara e comprensible.</w:t>
            </w: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14:paraId="0BCCC29F" w14:textId="77777777" w:rsidR="0081390E" w:rsidRPr="0081390E" w:rsidRDefault="0081390E" w:rsidP="0081390E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81390E" w:rsidRPr="0081390E" w14:paraId="06D0F3DF" w14:textId="00944FEE" w:rsidTr="0081390E">
        <w:trPr>
          <w:jc w:val="center"/>
        </w:trPr>
        <w:tc>
          <w:tcPr>
            <w:tcW w:w="2263" w:type="dxa"/>
            <w:vMerge/>
            <w:shd w:val="clear" w:color="auto" w:fill="EAF3F4"/>
            <w:vAlign w:val="center"/>
          </w:tcPr>
          <w:p w14:paraId="400A1671" w14:textId="77777777" w:rsidR="0081390E" w:rsidRPr="0081390E" w:rsidRDefault="0081390E" w:rsidP="00191886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5E0BD400" w14:textId="77777777" w:rsidR="0081390E" w:rsidRPr="0081390E" w:rsidRDefault="0081390E" w:rsidP="0081390E">
            <w:pPr>
              <w:spacing w:before="240"/>
              <w:rPr>
                <w:rFonts w:ascii="Arial" w:hAnsi="Arial" w:cs="Arial"/>
                <w:sz w:val="22"/>
              </w:rPr>
            </w:pPr>
            <w:r w:rsidRPr="0081390E">
              <w:rPr>
                <w:rFonts w:ascii="Arial" w:hAnsi="Arial" w:cs="Arial"/>
                <w:sz w:val="22"/>
              </w:rPr>
              <w:t>17. Dispón de persoal con competencias básicas para informar e atender á clientela en galego e castelán, e, como mínimo, nun idioma estranxeiro.</w:t>
            </w: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14:paraId="54CB0F10" w14:textId="77777777" w:rsidR="0081390E" w:rsidRPr="0081390E" w:rsidRDefault="0081390E" w:rsidP="0081390E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81390E" w:rsidRPr="0081390E" w14:paraId="5B6AA469" w14:textId="0874076F" w:rsidTr="0081390E">
        <w:trPr>
          <w:jc w:val="center"/>
        </w:trPr>
        <w:tc>
          <w:tcPr>
            <w:tcW w:w="2263" w:type="dxa"/>
            <w:vMerge/>
            <w:shd w:val="clear" w:color="auto" w:fill="EAF3F4"/>
            <w:vAlign w:val="center"/>
          </w:tcPr>
          <w:p w14:paraId="19286CC2" w14:textId="77777777" w:rsidR="0081390E" w:rsidRPr="0081390E" w:rsidRDefault="0081390E" w:rsidP="00191886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3EE1118A" w14:textId="77777777" w:rsidR="0081390E" w:rsidRPr="0081390E" w:rsidRDefault="0081390E" w:rsidP="0081390E">
            <w:pPr>
              <w:spacing w:before="240"/>
              <w:rPr>
                <w:rFonts w:ascii="Arial" w:hAnsi="Arial" w:cs="Arial"/>
                <w:sz w:val="22"/>
              </w:rPr>
            </w:pPr>
            <w:r w:rsidRPr="0081390E">
              <w:rPr>
                <w:rFonts w:ascii="Arial" w:hAnsi="Arial" w:cs="Arial"/>
                <w:sz w:val="22"/>
              </w:rPr>
              <w:t>18. Conta con procedementos, indicacións ou información básica en materia de seguridade, prevención de riscos, comportamento responsable ou actuación ante incidencias, adaptados á natureza da actividade prestada.</w:t>
            </w: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14:paraId="664DF3AE" w14:textId="77777777" w:rsidR="0081390E" w:rsidRPr="0081390E" w:rsidRDefault="0081390E" w:rsidP="0081390E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81390E" w:rsidRPr="0081390E" w14:paraId="78FF0FA6" w14:textId="5168BAB3" w:rsidTr="0081390E">
        <w:trPr>
          <w:jc w:val="center"/>
        </w:trPr>
        <w:tc>
          <w:tcPr>
            <w:tcW w:w="2263" w:type="dxa"/>
            <w:vMerge/>
            <w:shd w:val="clear" w:color="auto" w:fill="EAF3F4"/>
            <w:vAlign w:val="center"/>
          </w:tcPr>
          <w:p w14:paraId="253242B6" w14:textId="77777777" w:rsidR="0081390E" w:rsidRPr="0081390E" w:rsidRDefault="0081390E" w:rsidP="00191886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14360F8B" w14:textId="77777777" w:rsidR="0081390E" w:rsidRPr="0081390E" w:rsidRDefault="0081390E" w:rsidP="0081390E">
            <w:pPr>
              <w:spacing w:before="240"/>
              <w:rPr>
                <w:rFonts w:ascii="Arial" w:hAnsi="Arial" w:cs="Arial"/>
                <w:sz w:val="22"/>
              </w:rPr>
            </w:pPr>
            <w:r w:rsidRPr="0081390E">
              <w:rPr>
                <w:rFonts w:ascii="Arial" w:hAnsi="Arial" w:cs="Arial"/>
                <w:sz w:val="22"/>
              </w:rPr>
              <w:t>19. Pon a disposición da súa clientela algún mecanismo para recoller valoracións, suxestións ou incidencias, de cara a empregalas para mellorar o servizo, a atención ou a experiencia ofrecida.</w:t>
            </w: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14:paraId="39CF520C" w14:textId="77777777" w:rsidR="0081390E" w:rsidRPr="0081390E" w:rsidRDefault="0081390E" w:rsidP="0081390E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</w:tbl>
    <w:p w14:paraId="0A7F329E" w14:textId="77777777" w:rsidR="0081390E" w:rsidRDefault="0081390E" w:rsidP="00CE3811"/>
    <w:p w14:paraId="4F2E9EE9" w14:textId="77777777" w:rsidR="0081390E" w:rsidRDefault="0081390E" w:rsidP="00CE3811"/>
    <w:p w14:paraId="0D89496D" w14:textId="77777777" w:rsidR="0081390E" w:rsidRDefault="0081390E" w:rsidP="00CE3811"/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7366"/>
        <w:gridCol w:w="1138"/>
      </w:tblGrid>
      <w:tr w:rsidR="000B74EE" w:rsidRPr="00F53E99" w14:paraId="1508B727" w14:textId="77777777" w:rsidTr="0038792A">
        <w:trPr>
          <w:tblHeader/>
          <w:jc w:val="center"/>
        </w:trPr>
        <w:tc>
          <w:tcPr>
            <w:tcW w:w="8504" w:type="dxa"/>
            <w:gridSpan w:val="2"/>
            <w:shd w:val="clear" w:color="auto" w:fill="00859B"/>
            <w:vAlign w:val="center"/>
          </w:tcPr>
          <w:p w14:paraId="1CE19473" w14:textId="21E894AE" w:rsidR="000B74EE" w:rsidRPr="00F53E99" w:rsidRDefault="000B74EE" w:rsidP="000B74EE">
            <w:pPr>
              <w:jc w:val="center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32"/>
              </w:rPr>
              <w:t>Resumo dos requisitos avaliables</w:t>
            </w:r>
          </w:p>
        </w:tc>
      </w:tr>
      <w:tr w:rsidR="00E342C2" w:rsidRPr="00F53E99" w14:paraId="0176CE6B" w14:textId="77777777" w:rsidTr="0038792A">
        <w:trPr>
          <w:jc w:val="center"/>
        </w:trPr>
        <w:tc>
          <w:tcPr>
            <w:tcW w:w="7366" w:type="dxa"/>
            <w:vAlign w:val="center"/>
          </w:tcPr>
          <w:p w14:paraId="0A670F90" w14:textId="77777777" w:rsidR="00E342C2" w:rsidRPr="00F53E99" w:rsidRDefault="00E342C2" w:rsidP="00132FE2">
            <w:pPr>
              <w:jc w:val="both"/>
              <w:rPr>
                <w:rFonts w:ascii="Arial" w:hAnsi="Arial" w:cs="Arial"/>
                <w:sz w:val="22"/>
                <w:szCs w:val="32"/>
              </w:rPr>
            </w:pPr>
            <w:r w:rsidRPr="00F53E99">
              <w:rPr>
                <w:rFonts w:ascii="Arial" w:hAnsi="Arial" w:cs="Arial"/>
                <w:color w:val="1F1F1F"/>
                <w:sz w:val="22"/>
                <w:szCs w:val="32"/>
              </w:rPr>
              <w:t>Total de requisitos avaliables da categoría</w:t>
            </w:r>
          </w:p>
        </w:tc>
        <w:tc>
          <w:tcPr>
            <w:tcW w:w="1138" w:type="dxa"/>
            <w:vAlign w:val="center"/>
          </w:tcPr>
          <w:p w14:paraId="2ECCCA3A" w14:textId="5CEEAFF1" w:rsidR="00E342C2" w:rsidRPr="00F53E99" w:rsidRDefault="00F14AC1" w:rsidP="000B74EE">
            <w:pPr>
              <w:jc w:val="right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19</w:t>
            </w:r>
          </w:p>
        </w:tc>
      </w:tr>
      <w:tr w:rsidR="00E342C2" w:rsidRPr="00F53E99" w14:paraId="384D6D17" w14:textId="77777777" w:rsidTr="0038792A">
        <w:trPr>
          <w:jc w:val="center"/>
        </w:trPr>
        <w:tc>
          <w:tcPr>
            <w:tcW w:w="7366" w:type="dxa"/>
            <w:vAlign w:val="center"/>
          </w:tcPr>
          <w:p w14:paraId="45D98CF4" w14:textId="77777777" w:rsidR="00E342C2" w:rsidRPr="00F53E99" w:rsidRDefault="00E342C2" w:rsidP="00132FE2">
            <w:pPr>
              <w:jc w:val="both"/>
              <w:rPr>
                <w:rFonts w:ascii="Arial" w:hAnsi="Arial" w:cs="Arial"/>
                <w:sz w:val="22"/>
                <w:szCs w:val="32"/>
              </w:rPr>
            </w:pPr>
            <w:r w:rsidRPr="00F53E99">
              <w:rPr>
                <w:rFonts w:ascii="Arial" w:hAnsi="Arial" w:cs="Arial"/>
                <w:color w:val="1F1F1F"/>
                <w:sz w:val="22"/>
                <w:szCs w:val="32"/>
              </w:rPr>
              <w:t>Mínimo esixido para a adhesión (25%)</w:t>
            </w:r>
          </w:p>
        </w:tc>
        <w:tc>
          <w:tcPr>
            <w:tcW w:w="1138" w:type="dxa"/>
            <w:vAlign w:val="center"/>
          </w:tcPr>
          <w:p w14:paraId="46013B51" w14:textId="1D1FBF03" w:rsidR="00E342C2" w:rsidRPr="00F53E99" w:rsidRDefault="005B6BDB" w:rsidP="000B74EE">
            <w:pPr>
              <w:jc w:val="right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5</w:t>
            </w:r>
          </w:p>
        </w:tc>
      </w:tr>
      <w:tr w:rsidR="00E342C2" w:rsidRPr="00F53E99" w14:paraId="7C98EB28" w14:textId="77777777" w:rsidTr="0038792A">
        <w:trPr>
          <w:jc w:val="center"/>
        </w:trPr>
        <w:tc>
          <w:tcPr>
            <w:tcW w:w="7366" w:type="dxa"/>
            <w:vAlign w:val="center"/>
          </w:tcPr>
          <w:p w14:paraId="0D5EDCF5" w14:textId="77777777" w:rsidR="00E342C2" w:rsidRPr="00F53E99" w:rsidRDefault="00E342C2" w:rsidP="00132FE2">
            <w:pPr>
              <w:jc w:val="both"/>
              <w:rPr>
                <w:rFonts w:ascii="Arial" w:hAnsi="Arial" w:cs="Arial"/>
                <w:sz w:val="22"/>
                <w:szCs w:val="32"/>
              </w:rPr>
            </w:pPr>
            <w:r w:rsidRPr="00F53E99">
              <w:rPr>
                <w:rFonts w:ascii="Arial" w:hAnsi="Arial" w:cs="Arial"/>
                <w:color w:val="1F1F1F"/>
                <w:sz w:val="22"/>
                <w:szCs w:val="32"/>
              </w:rPr>
              <w:t>Nº de requisitos avaliables que declara cumprir a entidade solicitante</w:t>
            </w:r>
          </w:p>
        </w:tc>
        <w:tc>
          <w:tcPr>
            <w:tcW w:w="1138" w:type="dxa"/>
            <w:vAlign w:val="center"/>
          </w:tcPr>
          <w:p w14:paraId="0B4F4F11" w14:textId="69984495" w:rsidR="00E342C2" w:rsidRPr="00F53E99" w:rsidRDefault="00E342C2" w:rsidP="000B74EE">
            <w:pPr>
              <w:jc w:val="right"/>
              <w:rPr>
                <w:rFonts w:ascii="Arial" w:hAnsi="Arial" w:cs="Arial"/>
                <w:sz w:val="22"/>
                <w:szCs w:val="32"/>
              </w:rPr>
            </w:pPr>
          </w:p>
        </w:tc>
      </w:tr>
      <w:tr w:rsidR="00E342C2" w:rsidRPr="00F53E99" w14:paraId="4C97DC53" w14:textId="77777777" w:rsidTr="0038792A">
        <w:trPr>
          <w:jc w:val="center"/>
        </w:trPr>
        <w:tc>
          <w:tcPr>
            <w:tcW w:w="7366" w:type="dxa"/>
            <w:vAlign w:val="center"/>
          </w:tcPr>
          <w:p w14:paraId="11824F47" w14:textId="77777777" w:rsidR="00E342C2" w:rsidRPr="00F53E99" w:rsidRDefault="00E342C2" w:rsidP="00132FE2">
            <w:pPr>
              <w:jc w:val="both"/>
              <w:rPr>
                <w:rFonts w:ascii="Arial" w:hAnsi="Arial" w:cs="Arial"/>
                <w:sz w:val="22"/>
                <w:szCs w:val="32"/>
              </w:rPr>
            </w:pPr>
            <w:r w:rsidRPr="00F53E99">
              <w:rPr>
                <w:rFonts w:ascii="Arial" w:hAnsi="Arial" w:cs="Arial"/>
                <w:color w:val="1F1F1F"/>
                <w:sz w:val="22"/>
                <w:szCs w:val="32"/>
              </w:rPr>
              <w:t>Porcentaxe declarada de cumprimento</w:t>
            </w:r>
          </w:p>
        </w:tc>
        <w:tc>
          <w:tcPr>
            <w:tcW w:w="1138" w:type="dxa"/>
            <w:vAlign w:val="center"/>
          </w:tcPr>
          <w:p w14:paraId="4F280014" w14:textId="63C5D0F6" w:rsidR="00E342C2" w:rsidRPr="00F53E99" w:rsidRDefault="000B74EE" w:rsidP="000B74EE">
            <w:pPr>
              <w:jc w:val="right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color w:val="1F1F1F"/>
                <w:sz w:val="22"/>
                <w:szCs w:val="32"/>
              </w:rPr>
              <w:t xml:space="preserve">    </w:t>
            </w:r>
            <w:r w:rsidR="00E342C2" w:rsidRPr="00F53E99">
              <w:rPr>
                <w:rFonts w:ascii="Arial" w:hAnsi="Arial" w:cs="Arial"/>
                <w:color w:val="1F1F1F"/>
                <w:sz w:val="22"/>
                <w:szCs w:val="32"/>
              </w:rPr>
              <w:t>%</w:t>
            </w:r>
          </w:p>
        </w:tc>
      </w:tr>
    </w:tbl>
    <w:p w14:paraId="62AF73B0" w14:textId="77777777" w:rsidR="00E342C2" w:rsidRDefault="00E342C2" w:rsidP="00CE3811"/>
    <w:p w14:paraId="347B11A2" w14:textId="706034BD" w:rsidR="000B74EE" w:rsidRDefault="000B74EE">
      <w:r>
        <w:br w:type="page"/>
      </w:r>
    </w:p>
    <w:p w14:paraId="6AAEC44B" w14:textId="079B5215" w:rsidR="00862C00" w:rsidRPr="00F53E99" w:rsidRDefault="00C32305" w:rsidP="00862C00">
      <w:pPr>
        <w:pStyle w:val="Ttulo1"/>
        <w:numPr>
          <w:ilvl w:val="0"/>
          <w:numId w:val="10"/>
        </w:numPr>
        <w:jc w:val="both"/>
        <w:rPr>
          <w:rFonts w:ascii="Arial" w:eastAsia="Albert Sans" w:hAnsi="Arial" w:cs="Arial"/>
          <w:color w:val="00426A"/>
        </w:rPr>
      </w:pPr>
      <w:r>
        <w:rPr>
          <w:rFonts w:ascii="Arial" w:eastAsia="Albert Sans" w:hAnsi="Arial" w:cs="Arial"/>
          <w:color w:val="00426A"/>
        </w:rPr>
        <w:lastRenderedPageBreak/>
        <w:t>Xustificación</w:t>
      </w:r>
      <w:r w:rsidR="00862C00">
        <w:rPr>
          <w:rFonts w:ascii="Arial" w:eastAsia="Albert Sans" w:hAnsi="Arial" w:cs="Arial"/>
          <w:color w:val="00426A"/>
        </w:rPr>
        <w:t xml:space="preserve"> do cumprimento dos requirimentos</w:t>
      </w:r>
    </w:p>
    <w:p w14:paraId="626F80D8" w14:textId="77777777" w:rsidR="00862C00" w:rsidRPr="00F53E99" w:rsidRDefault="00862C00" w:rsidP="00CE3811"/>
    <w:p w14:paraId="4E04D5BB" w14:textId="698A2165" w:rsidR="001A4920" w:rsidRPr="001A4920" w:rsidRDefault="00A66849" w:rsidP="00A66849">
      <w:pPr>
        <w:jc w:val="both"/>
        <w:rPr>
          <w:rFonts w:ascii="Arial" w:hAnsi="Arial" w:cs="Arial"/>
          <w:b/>
          <w:color w:val="00426A"/>
          <w:sz w:val="20"/>
          <w:szCs w:val="24"/>
        </w:rPr>
      </w:pPr>
      <w:r>
        <w:rPr>
          <w:rFonts w:ascii="Arial" w:hAnsi="Arial" w:cs="Arial"/>
          <w:b/>
          <w:color w:val="00426A"/>
          <w:sz w:val="20"/>
          <w:szCs w:val="24"/>
        </w:rPr>
        <w:t>Documentación</w:t>
      </w:r>
      <w:r w:rsidR="00406B04">
        <w:rPr>
          <w:rFonts w:ascii="Arial" w:hAnsi="Arial" w:cs="Arial"/>
          <w:b/>
          <w:color w:val="00426A"/>
          <w:sz w:val="20"/>
          <w:szCs w:val="24"/>
        </w:rPr>
        <w:t xml:space="preserve">, </w:t>
      </w:r>
      <w:r w:rsidR="00C32305">
        <w:rPr>
          <w:rFonts w:ascii="Arial" w:hAnsi="Arial" w:cs="Arial"/>
          <w:b/>
          <w:color w:val="00426A"/>
          <w:sz w:val="20"/>
          <w:szCs w:val="24"/>
        </w:rPr>
        <w:t>explicación</w:t>
      </w:r>
      <w:r>
        <w:rPr>
          <w:rFonts w:ascii="Arial" w:hAnsi="Arial" w:cs="Arial"/>
          <w:b/>
          <w:color w:val="00426A"/>
          <w:sz w:val="20"/>
          <w:szCs w:val="24"/>
        </w:rPr>
        <w:t xml:space="preserve"> e/ou evidencias que achega para xustificar o cumprimento dos requisitos obrigatorios específicos e dos requisitos avaliables seleccionados</w:t>
      </w:r>
      <w:r w:rsidR="001A4920">
        <w:rPr>
          <w:rFonts w:ascii="Arial" w:hAnsi="Arial" w:cs="Arial"/>
          <w:b/>
          <w:color w:val="00426A"/>
          <w:sz w:val="20"/>
          <w:szCs w:val="24"/>
        </w:rPr>
        <w:t xml:space="preserve"> </w:t>
      </w:r>
      <w:r w:rsidR="002B59A8">
        <w:rPr>
          <w:rFonts w:ascii="Arial" w:hAnsi="Arial" w:cs="Arial"/>
          <w:b/>
          <w:color w:val="00426A"/>
          <w:sz w:val="20"/>
          <w:szCs w:val="24"/>
        </w:rPr>
        <w:t xml:space="preserve">(no caso de </w:t>
      </w:r>
      <w:r w:rsidR="00560986">
        <w:rPr>
          <w:rFonts w:ascii="Arial" w:hAnsi="Arial" w:cs="Arial"/>
          <w:b/>
          <w:color w:val="00426A"/>
          <w:sz w:val="20"/>
          <w:szCs w:val="24"/>
        </w:rPr>
        <w:t xml:space="preserve">achegar documentación anexa, indíquea neste apartado e </w:t>
      </w:r>
      <w:r w:rsidR="00C4063A">
        <w:rPr>
          <w:rFonts w:ascii="Arial" w:hAnsi="Arial" w:cs="Arial"/>
          <w:b/>
          <w:color w:val="00426A"/>
          <w:sz w:val="20"/>
          <w:szCs w:val="24"/>
        </w:rPr>
        <w:t xml:space="preserve">remítaa conxuntamente co formulario </w:t>
      </w:r>
      <w:r w:rsidR="001F4D59">
        <w:rPr>
          <w:rFonts w:ascii="Arial" w:hAnsi="Arial" w:cs="Arial"/>
          <w:b/>
          <w:color w:val="00426A"/>
          <w:sz w:val="20"/>
          <w:szCs w:val="24"/>
        </w:rPr>
        <w:t>e coa documentación obrigatoria estipulada no apartado 4)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416"/>
      </w:tblGrid>
      <w:tr w:rsidR="00CD5B1B" w:rsidRPr="00F53E99" w14:paraId="74A4448A" w14:textId="77777777" w:rsidTr="00B73302">
        <w:tc>
          <w:tcPr>
            <w:tcW w:w="10416" w:type="dxa"/>
            <w:vAlign w:val="center"/>
          </w:tcPr>
          <w:p w14:paraId="5DF39EB8" w14:textId="77777777" w:rsidR="00CD5B1B" w:rsidRPr="00B73302" w:rsidRDefault="00CD5B1B" w:rsidP="000B74EE">
            <w:pPr>
              <w:rPr>
                <w:rFonts w:ascii="Arial" w:hAnsi="Arial" w:cs="Arial"/>
                <w:sz w:val="20"/>
                <w:szCs w:val="24"/>
              </w:rPr>
            </w:pPr>
            <w:r w:rsidRPr="00B73302">
              <w:rPr>
                <w:rFonts w:ascii="Arial" w:hAnsi="Arial" w:cs="Arial"/>
                <w:sz w:val="20"/>
                <w:szCs w:val="24"/>
              </w:rPr>
              <w:br/>
            </w:r>
          </w:p>
          <w:p w14:paraId="1F51D448" w14:textId="77777777" w:rsidR="00C32305" w:rsidRPr="00B73302" w:rsidRDefault="00C32305" w:rsidP="000B74EE">
            <w:pPr>
              <w:rPr>
                <w:rFonts w:ascii="Arial" w:hAnsi="Arial" w:cs="Arial"/>
                <w:sz w:val="20"/>
                <w:szCs w:val="24"/>
              </w:rPr>
            </w:pPr>
          </w:p>
          <w:p w14:paraId="1D63657D" w14:textId="77777777" w:rsidR="00C32305" w:rsidRPr="00B73302" w:rsidRDefault="00C32305" w:rsidP="000B74EE">
            <w:pPr>
              <w:rPr>
                <w:rFonts w:ascii="Arial" w:hAnsi="Arial" w:cs="Arial"/>
                <w:sz w:val="20"/>
                <w:szCs w:val="24"/>
              </w:rPr>
            </w:pPr>
          </w:p>
          <w:p w14:paraId="73602CE8" w14:textId="77777777" w:rsidR="00C32305" w:rsidRPr="00B73302" w:rsidRDefault="00C32305" w:rsidP="000B74EE">
            <w:pPr>
              <w:rPr>
                <w:rFonts w:ascii="Arial" w:hAnsi="Arial" w:cs="Arial"/>
                <w:sz w:val="20"/>
                <w:szCs w:val="24"/>
              </w:rPr>
            </w:pPr>
          </w:p>
          <w:p w14:paraId="79405874" w14:textId="77777777" w:rsidR="00C32305" w:rsidRPr="00B73302" w:rsidRDefault="00C32305" w:rsidP="000B74EE">
            <w:pPr>
              <w:rPr>
                <w:rFonts w:ascii="Arial" w:hAnsi="Arial" w:cs="Arial"/>
                <w:sz w:val="20"/>
                <w:szCs w:val="24"/>
              </w:rPr>
            </w:pPr>
          </w:p>
          <w:p w14:paraId="35743216" w14:textId="77777777" w:rsidR="000B74EE" w:rsidRPr="00B73302" w:rsidRDefault="000B74EE" w:rsidP="000B74EE">
            <w:pPr>
              <w:rPr>
                <w:rFonts w:ascii="Arial" w:hAnsi="Arial" w:cs="Arial"/>
                <w:sz w:val="20"/>
                <w:szCs w:val="24"/>
              </w:rPr>
            </w:pPr>
          </w:p>
          <w:p w14:paraId="655148AD" w14:textId="77777777" w:rsidR="000B74EE" w:rsidRPr="00B73302" w:rsidRDefault="000B74EE" w:rsidP="000B74EE">
            <w:pPr>
              <w:rPr>
                <w:rFonts w:ascii="Arial" w:hAnsi="Arial" w:cs="Arial"/>
                <w:sz w:val="20"/>
                <w:szCs w:val="24"/>
              </w:rPr>
            </w:pPr>
          </w:p>
          <w:p w14:paraId="05940E52" w14:textId="77777777" w:rsidR="000B74EE" w:rsidRPr="00B73302" w:rsidRDefault="000B74EE" w:rsidP="000B74EE">
            <w:pPr>
              <w:rPr>
                <w:rFonts w:ascii="Arial" w:hAnsi="Arial" w:cs="Arial"/>
                <w:sz w:val="20"/>
                <w:szCs w:val="24"/>
              </w:rPr>
            </w:pPr>
          </w:p>
          <w:p w14:paraId="4C9E0EBC" w14:textId="77777777" w:rsidR="000B74EE" w:rsidRPr="00B73302" w:rsidRDefault="000B74EE" w:rsidP="000B74EE">
            <w:pPr>
              <w:rPr>
                <w:rFonts w:ascii="Arial" w:hAnsi="Arial" w:cs="Arial"/>
                <w:sz w:val="20"/>
                <w:szCs w:val="24"/>
              </w:rPr>
            </w:pPr>
          </w:p>
          <w:p w14:paraId="597D45B2" w14:textId="77777777" w:rsidR="000B74EE" w:rsidRPr="00B73302" w:rsidRDefault="000B74EE" w:rsidP="000B74EE">
            <w:pPr>
              <w:rPr>
                <w:rFonts w:ascii="Arial" w:hAnsi="Arial" w:cs="Arial"/>
                <w:sz w:val="20"/>
                <w:szCs w:val="24"/>
              </w:rPr>
            </w:pPr>
          </w:p>
          <w:p w14:paraId="14D391B0" w14:textId="77777777" w:rsidR="000B74EE" w:rsidRPr="00B73302" w:rsidRDefault="000B74EE" w:rsidP="000B74EE">
            <w:pPr>
              <w:rPr>
                <w:rFonts w:ascii="Arial" w:hAnsi="Arial" w:cs="Arial"/>
                <w:sz w:val="20"/>
                <w:szCs w:val="24"/>
              </w:rPr>
            </w:pPr>
          </w:p>
          <w:p w14:paraId="01AEE426" w14:textId="77777777" w:rsidR="000B74EE" w:rsidRPr="00B73302" w:rsidRDefault="000B74EE" w:rsidP="000B74EE">
            <w:pPr>
              <w:rPr>
                <w:rFonts w:ascii="Arial" w:hAnsi="Arial" w:cs="Arial"/>
                <w:sz w:val="20"/>
                <w:szCs w:val="24"/>
              </w:rPr>
            </w:pPr>
          </w:p>
          <w:p w14:paraId="3680A6D1" w14:textId="77777777" w:rsidR="000B74EE" w:rsidRPr="00B73302" w:rsidRDefault="000B74EE" w:rsidP="000B74EE">
            <w:pPr>
              <w:rPr>
                <w:rFonts w:ascii="Arial" w:hAnsi="Arial" w:cs="Arial"/>
                <w:sz w:val="20"/>
                <w:szCs w:val="24"/>
              </w:rPr>
            </w:pPr>
          </w:p>
          <w:p w14:paraId="274ACFD6" w14:textId="77777777" w:rsidR="000B74EE" w:rsidRPr="00B73302" w:rsidRDefault="000B74EE" w:rsidP="000B74EE">
            <w:pPr>
              <w:rPr>
                <w:rFonts w:ascii="Arial" w:hAnsi="Arial" w:cs="Arial"/>
                <w:sz w:val="20"/>
                <w:szCs w:val="24"/>
              </w:rPr>
            </w:pPr>
          </w:p>
          <w:p w14:paraId="26A4A852" w14:textId="77777777" w:rsidR="000B74EE" w:rsidRPr="00B73302" w:rsidRDefault="000B74EE" w:rsidP="000B74EE">
            <w:pPr>
              <w:rPr>
                <w:rFonts w:ascii="Arial" w:hAnsi="Arial" w:cs="Arial"/>
                <w:sz w:val="20"/>
                <w:szCs w:val="24"/>
              </w:rPr>
            </w:pPr>
          </w:p>
          <w:p w14:paraId="68874DAF" w14:textId="77777777" w:rsidR="000B74EE" w:rsidRPr="00B73302" w:rsidRDefault="000B74EE" w:rsidP="000B74EE">
            <w:pPr>
              <w:rPr>
                <w:rFonts w:ascii="Arial" w:hAnsi="Arial" w:cs="Arial"/>
                <w:sz w:val="20"/>
                <w:szCs w:val="24"/>
              </w:rPr>
            </w:pPr>
          </w:p>
          <w:p w14:paraId="2FB63EDA" w14:textId="77777777" w:rsidR="000B74EE" w:rsidRPr="00B73302" w:rsidRDefault="000B74EE" w:rsidP="000B74EE">
            <w:pPr>
              <w:rPr>
                <w:rFonts w:ascii="Arial" w:hAnsi="Arial" w:cs="Arial"/>
                <w:sz w:val="20"/>
                <w:szCs w:val="24"/>
              </w:rPr>
            </w:pPr>
          </w:p>
          <w:p w14:paraId="7DDC44D6" w14:textId="77777777" w:rsidR="000B74EE" w:rsidRPr="00B73302" w:rsidRDefault="000B74EE" w:rsidP="000B74EE">
            <w:pPr>
              <w:rPr>
                <w:rFonts w:ascii="Arial" w:hAnsi="Arial" w:cs="Arial"/>
                <w:sz w:val="20"/>
                <w:szCs w:val="24"/>
              </w:rPr>
            </w:pPr>
          </w:p>
          <w:p w14:paraId="592A106A" w14:textId="77777777" w:rsidR="000B74EE" w:rsidRPr="00B73302" w:rsidRDefault="000B74EE" w:rsidP="000B74EE">
            <w:pPr>
              <w:rPr>
                <w:rFonts w:ascii="Arial" w:hAnsi="Arial" w:cs="Arial"/>
                <w:sz w:val="20"/>
                <w:szCs w:val="24"/>
              </w:rPr>
            </w:pPr>
          </w:p>
          <w:p w14:paraId="3C457618" w14:textId="77777777" w:rsidR="000B74EE" w:rsidRPr="00B73302" w:rsidRDefault="000B74EE" w:rsidP="000B74EE">
            <w:pPr>
              <w:rPr>
                <w:rFonts w:ascii="Arial" w:hAnsi="Arial" w:cs="Arial"/>
                <w:sz w:val="20"/>
                <w:szCs w:val="24"/>
              </w:rPr>
            </w:pPr>
          </w:p>
          <w:p w14:paraId="04D7B953" w14:textId="77777777" w:rsidR="000B74EE" w:rsidRPr="00B73302" w:rsidRDefault="000B74EE" w:rsidP="000B74EE">
            <w:pPr>
              <w:rPr>
                <w:rFonts w:ascii="Arial" w:hAnsi="Arial" w:cs="Arial"/>
                <w:sz w:val="20"/>
                <w:szCs w:val="24"/>
              </w:rPr>
            </w:pPr>
          </w:p>
          <w:p w14:paraId="46B0072F" w14:textId="77777777" w:rsidR="000B74EE" w:rsidRPr="00B73302" w:rsidRDefault="000B74EE" w:rsidP="000B74EE">
            <w:pPr>
              <w:rPr>
                <w:rFonts w:ascii="Arial" w:hAnsi="Arial" w:cs="Arial"/>
                <w:sz w:val="20"/>
                <w:szCs w:val="24"/>
              </w:rPr>
            </w:pPr>
          </w:p>
          <w:p w14:paraId="169BF369" w14:textId="77777777" w:rsidR="000B74EE" w:rsidRPr="00B73302" w:rsidRDefault="000B74EE" w:rsidP="000B74EE">
            <w:pPr>
              <w:rPr>
                <w:rFonts w:ascii="Arial" w:hAnsi="Arial" w:cs="Arial"/>
                <w:sz w:val="20"/>
                <w:szCs w:val="24"/>
              </w:rPr>
            </w:pPr>
          </w:p>
          <w:p w14:paraId="5FCB40E7" w14:textId="77777777" w:rsidR="000B74EE" w:rsidRPr="00B73302" w:rsidRDefault="000B74EE" w:rsidP="000B74EE">
            <w:pPr>
              <w:rPr>
                <w:rFonts w:ascii="Arial" w:hAnsi="Arial" w:cs="Arial"/>
                <w:sz w:val="20"/>
                <w:szCs w:val="24"/>
              </w:rPr>
            </w:pPr>
          </w:p>
          <w:p w14:paraId="0DAD8AB8" w14:textId="77777777" w:rsidR="000B74EE" w:rsidRPr="00B73302" w:rsidRDefault="000B74EE" w:rsidP="000B74EE">
            <w:pPr>
              <w:rPr>
                <w:rFonts w:ascii="Arial" w:hAnsi="Arial" w:cs="Arial"/>
                <w:sz w:val="20"/>
                <w:szCs w:val="24"/>
              </w:rPr>
            </w:pPr>
          </w:p>
          <w:p w14:paraId="4558E26D" w14:textId="77777777" w:rsidR="000B74EE" w:rsidRPr="00B73302" w:rsidRDefault="000B74EE" w:rsidP="000B74EE">
            <w:pPr>
              <w:rPr>
                <w:rFonts w:ascii="Arial" w:hAnsi="Arial" w:cs="Arial"/>
                <w:sz w:val="20"/>
                <w:szCs w:val="24"/>
              </w:rPr>
            </w:pPr>
          </w:p>
          <w:p w14:paraId="7A12D6D2" w14:textId="77777777" w:rsidR="000B74EE" w:rsidRPr="00B73302" w:rsidRDefault="000B74EE" w:rsidP="000B74EE">
            <w:pPr>
              <w:rPr>
                <w:rFonts w:ascii="Arial" w:hAnsi="Arial" w:cs="Arial"/>
                <w:sz w:val="20"/>
                <w:szCs w:val="24"/>
              </w:rPr>
            </w:pPr>
          </w:p>
          <w:p w14:paraId="7E49D83E" w14:textId="77777777" w:rsidR="000B74EE" w:rsidRPr="00B73302" w:rsidRDefault="000B74EE" w:rsidP="000B74EE">
            <w:pPr>
              <w:rPr>
                <w:rFonts w:ascii="Arial" w:hAnsi="Arial" w:cs="Arial"/>
                <w:sz w:val="20"/>
                <w:szCs w:val="24"/>
              </w:rPr>
            </w:pPr>
          </w:p>
          <w:p w14:paraId="1448DB90" w14:textId="77777777" w:rsidR="000B74EE" w:rsidRPr="00B73302" w:rsidRDefault="000B74EE" w:rsidP="000B74EE">
            <w:pPr>
              <w:rPr>
                <w:rFonts w:ascii="Arial" w:hAnsi="Arial" w:cs="Arial"/>
                <w:sz w:val="20"/>
                <w:szCs w:val="24"/>
              </w:rPr>
            </w:pPr>
          </w:p>
          <w:p w14:paraId="27C9E38A" w14:textId="77777777" w:rsidR="000B74EE" w:rsidRPr="00B73302" w:rsidRDefault="000B74EE" w:rsidP="000B74EE">
            <w:pPr>
              <w:rPr>
                <w:rFonts w:ascii="Arial" w:hAnsi="Arial" w:cs="Arial"/>
                <w:sz w:val="20"/>
                <w:szCs w:val="24"/>
              </w:rPr>
            </w:pPr>
          </w:p>
          <w:p w14:paraId="17A126D7" w14:textId="77777777" w:rsidR="000B74EE" w:rsidRPr="00B73302" w:rsidRDefault="000B74EE" w:rsidP="000B74EE">
            <w:pPr>
              <w:rPr>
                <w:rFonts w:ascii="Arial" w:hAnsi="Arial" w:cs="Arial"/>
                <w:sz w:val="20"/>
                <w:szCs w:val="24"/>
              </w:rPr>
            </w:pPr>
          </w:p>
          <w:p w14:paraId="50D6FA33" w14:textId="77777777" w:rsidR="00C32305" w:rsidRPr="00B73302" w:rsidRDefault="00C32305" w:rsidP="000B74EE">
            <w:pPr>
              <w:rPr>
                <w:rFonts w:ascii="Arial" w:hAnsi="Arial" w:cs="Arial"/>
                <w:sz w:val="20"/>
                <w:szCs w:val="24"/>
              </w:rPr>
            </w:pPr>
          </w:p>
          <w:p w14:paraId="331586E1" w14:textId="77777777" w:rsidR="00C32305" w:rsidRPr="00B73302" w:rsidRDefault="00C32305" w:rsidP="000B74EE">
            <w:pPr>
              <w:rPr>
                <w:rFonts w:ascii="Arial" w:hAnsi="Arial" w:cs="Arial"/>
                <w:sz w:val="20"/>
                <w:szCs w:val="24"/>
              </w:rPr>
            </w:pPr>
          </w:p>
          <w:p w14:paraId="5DEC47FF" w14:textId="77777777" w:rsidR="00C32305" w:rsidRPr="00B73302" w:rsidRDefault="00C32305" w:rsidP="000B74EE">
            <w:pPr>
              <w:rPr>
                <w:rFonts w:ascii="Arial" w:hAnsi="Arial" w:cs="Arial"/>
                <w:sz w:val="20"/>
                <w:szCs w:val="24"/>
              </w:rPr>
            </w:pPr>
          </w:p>
          <w:p w14:paraId="661CDE12" w14:textId="77777777" w:rsidR="00CD5B1B" w:rsidRPr="00B73302" w:rsidRDefault="00CD5B1B" w:rsidP="000B74EE">
            <w:pPr>
              <w:rPr>
                <w:rFonts w:ascii="Arial" w:hAnsi="Arial" w:cs="Arial"/>
                <w:sz w:val="20"/>
                <w:szCs w:val="24"/>
              </w:rPr>
            </w:pPr>
          </w:p>
          <w:p w14:paraId="7C804196" w14:textId="77777777" w:rsidR="00CD5B1B" w:rsidRPr="00B73302" w:rsidRDefault="00CD5B1B" w:rsidP="000B74EE">
            <w:pPr>
              <w:rPr>
                <w:rFonts w:ascii="Arial" w:hAnsi="Arial" w:cs="Arial"/>
                <w:sz w:val="20"/>
                <w:szCs w:val="24"/>
              </w:rPr>
            </w:pPr>
          </w:p>
          <w:p w14:paraId="5F610AA8" w14:textId="77777777" w:rsidR="00CD5B1B" w:rsidRPr="00B73302" w:rsidRDefault="00CD5B1B" w:rsidP="000B74EE">
            <w:pPr>
              <w:rPr>
                <w:rFonts w:ascii="Arial" w:hAnsi="Arial" w:cs="Arial"/>
                <w:sz w:val="20"/>
                <w:szCs w:val="24"/>
              </w:rPr>
            </w:pPr>
          </w:p>
          <w:p w14:paraId="28E2AFEA" w14:textId="77777777" w:rsidR="00CD5B1B" w:rsidRPr="00B73302" w:rsidRDefault="00CD5B1B" w:rsidP="000B74EE">
            <w:pPr>
              <w:rPr>
                <w:rFonts w:ascii="Arial" w:hAnsi="Arial" w:cs="Arial"/>
                <w:sz w:val="20"/>
                <w:szCs w:val="24"/>
              </w:rPr>
            </w:pPr>
          </w:p>
          <w:p w14:paraId="1B837888" w14:textId="77777777" w:rsidR="00CD5B1B" w:rsidRPr="00B73302" w:rsidRDefault="00CD5B1B" w:rsidP="000B74EE">
            <w:pPr>
              <w:rPr>
                <w:rFonts w:ascii="Arial" w:hAnsi="Arial" w:cs="Arial"/>
                <w:sz w:val="20"/>
                <w:szCs w:val="24"/>
              </w:rPr>
            </w:pPr>
          </w:p>
          <w:p w14:paraId="1DB3A8B0" w14:textId="77777777" w:rsidR="00CD5B1B" w:rsidRPr="00B73302" w:rsidRDefault="00CD5B1B" w:rsidP="000B74EE">
            <w:pPr>
              <w:rPr>
                <w:rFonts w:ascii="Arial" w:hAnsi="Arial" w:cs="Arial"/>
                <w:sz w:val="20"/>
                <w:szCs w:val="24"/>
              </w:rPr>
            </w:pPr>
          </w:p>
          <w:p w14:paraId="105B3305" w14:textId="77777777" w:rsidR="00CD5B1B" w:rsidRPr="00B73302" w:rsidRDefault="00CD5B1B" w:rsidP="000B74EE">
            <w:pPr>
              <w:rPr>
                <w:rFonts w:ascii="Arial" w:hAnsi="Arial" w:cs="Arial"/>
                <w:sz w:val="20"/>
                <w:szCs w:val="24"/>
              </w:rPr>
            </w:pPr>
          </w:p>
          <w:p w14:paraId="15C0FA72" w14:textId="77777777" w:rsidR="00CD5B1B" w:rsidRPr="00B73302" w:rsidRDefault="00CD5B1B" w:rsidP="000B74EE">
            <w:pPr>
              <w:rPr>
                <w:rFonts w:ascii="Arial" w:hAnsi="Arial" w:cs="Arial"/>
                <w:sz w:val="20"/>
                <w:szCs w:val="24"/>
              </w:rPr>
            </w:pPr>
          </w:p>
          <w:p w14:paraId="2754A0A9" w14:textId="77777777" w:rsidR="00CD5B1B" w:rsidRPr="00F53E99" w:rsidRDefault="00CD5B1B" w:rsidP="000B74EE">
            <w:pPr>
              <w:rPr>
                <w:rFonts w:ascii="Arial" w:hAnsi="Arial" w:cs="Arial"/>
                <w:sz w:val="20"/>
                <w:szCs w:val="24"/>
              </w:rPr>
            </w:pPr>
            <w:r w:rsidRPr="00B73302">
              <w:rPr>
                <w:rFonts w:ascii="Arial" w:hAnsi="Arial" w:cs="Arial"/>
                <w:sz w:val="20"/>
                <w:szCs w:val="24"/>
              </w:rPr>
              <w:br/>
            </w:r>
            <w:r w:rsidRPr="00B73302">
              <w:rPr>
                <w:rFonts w:ascii="Arial" w:hAnsi="Arial" w:cs="Arial"/>
                <w:sz w:val="20"/>
                <w:szCs w:val="24"/>
              </w:rPr>
              <w:br/>
            </w:r>
          </w:p>
        </w:tc>
      </w:tr>
    </w:tbl>
    <w:p w14:paraId="5DACA842" w14:textId="77777777" w:rsidR="00780FC7" w:rsidRPr="00F53E99" w:rsidRDefault="00780FC7" w:rsidP="00F551EE">
      <w:pPr>
        <w:jc w:val="both"/>
        <w:rPr>
          <w:rFonts w:ascii="Arial" w:hAnsi="Arial" w:cs="Arial"/>
        </w:rPr>
      </w:pPr>
    </w:p>
    <w:p w14:paraId="5D857377" w14:textId="4A81E216" w:rsidR="00780FC7" w:rsidRPr="000B74EE" w:rsidRDefault="00BA2822" w:rsidP="000B74EE">
      <w:pPr>
        <w:pStyle w:val="Ttulo1"/>
        <w:numPr>
          <w:ilvl w:val="0"/>
          <w:numId w:val="10"/>
        </w:numPr>
        <w:jc w:val="both"/>
        <w:rPr>
          <w:rFonts w:ascii="Arial" w:eastAsia="Albert Sans" w:hAnsi="Arial" w:cs="Arial"/>
          <w:color w:val="00426A"/>
        </w:rPr>
      </w:pPr>
      <w:r w:rsidRPr="00F53E99">
        <w:rPr>
          <w:rFonts w:ascii="Arial" w:eastAsia="Albert Sans" w:hAnsi="Arial" w:cs="Arial"/>
          <w:color w:val="00426A"/>
        </w:rPr>
        <w:lastRenderedPageBreak/>
        <w:t>Protección de datos</w:t>
      </w:r>
    </w:p>
    <w:p w14:paraId="63AB8368" w14:textId="5A75F120" w:rsidR="00780FC7" w:rsidRPr="001F7195" w:rsidRDefault="00BA2822" w:rsidP="00F551EE">
      <w:pPr>
        <w:spacing w:after="120"/>
        <w:jc w:val="both"/>
        <w:rPr>
          <w:rFonts w:ascii="Arial" w:hAnsi="Arial" w:cs="Arial"/>
          <w:sz w:val="22"/>
          <w:szCs w:val="28"/>
        </w:rPr>
      </w:pPr>
      <w:r w:rsidRPr="001F7195">
        <w:rPr>
          <w:rFonts w:ascii="Arial" w:hAnsi="Arial" w:cs="Arial"/>
          <w:sz w:val="22"/>
          <w:szCs w:val="28"/>
        </w:rPr>
        <w:t xml:space="preserve">De acordo co Regulamento (UE) 2016/679, do 27 de abril, e coa Lei orgánica 3/2018, do 5 de decembro, de protección de datos persoais e garantía dos dereitos dixitais, infórmase de que os datos facilitados serán tratados coa finalidade de xestionar a solicitude de adhesión ao Club de Produto Galicia Suroeste, verificar o cumprimento dos requisitos e, de ser o caso, incorporar </w:t>
      </w:r>
      <w:r w:rsidR="001F7195" w:rsidRPr="001F7195">
        <w:rPr>
          <w:rFonts w:ascii="Arial" w:hAnsi="Arial" w:cs="Arial"/>
          <w:sz w:val="22"/>
          <w:szCs w:val="28"/>
        </w:rPr>
        <w:t>á</w:t>
      </w:r>
      <w:r w:rsidRPr="001F7195">
        <w:rPr>
          <w:rFonts w:ascii="Arial" w:hAnsi="Arial" w:cs="Arial"/>
          <w:sz w:val="22"/>
          <w:szCs w:val="28"/>
        </w:rPr>
        <w:t xml:space="preserve"> entidade solicitante aos soportes de comunicación e promoción do Club. A persoa interesada poderá exercer os dereitos de acceso, rectificación, supresión, oposición, limitación do tratamento e </w:t>
      </w:r>
      <w:proofErr w:type="spellStart"/>
      <w:r w:rsidRPr="001F7195">
        <w:rPr>
          <w:rFonts w:ascii="Arial" w:hAnsi="Arial" w:cs="Arial"/>
          <w:sz w:val="22"/>
          <w:szCs w:val="28"/>
        </w:rPr>
        <w:t>portabilidade</w:t>
      </w:r>
      <w:proofErr w:type="spellEnd"/>
      <w:r w:rsidRPr="001F7195">
        <w:rPr>
          <w:rFonts w:ascii="Arial" w:hAnsi="Arial" w:cs="Arial"/>
          <w:sz w:val="22"/>
          <w:szCs w:val="28"/>
        </w:rPr>
        <w:t xml:space="preserve"> ante a entidade responsable da xestión do Club, nos termos previstos pola normativa vixente.</w:t>
      </w:r>
    </w:p>
    <w:p w14:paraId="45DD0B31" w14:textId="1A53BC3D" w:rsidR="00780FC7" w:rsidRPr="000B74EE" w:rsidRDefault="00BA2822" w:rsidP="000B74EE">
      <w:pPr>
        <w:pStyle w:val="Ttulo1"/>
        <w:numPr>
          <w:ilvl w:val="0"/>
          <w:numId w:val="10"/>
        </w:numPr>
        <w:jc w:val="both"/>
        <w:rPr>
          <w:rFonts w:ascii="Arial" w:eastAsia="Albert Sans" w:hAnsi="Arial" w:cs="Arial"/>
          <w:color w:val="00426A"/>
        </w:rPr>
      </w:pPr>
      <w:r w:rsidRPr="00F53E99">
        <w:rPr>
          <w:rFonts w:ascii="Arial" w:eastAsia="Albert Sans" w:hAnsi="Arial" w:cs="Arial"/>
          <w:color w:val="00426A"/>
        </w:rPr>
        <w:t>Declaración final e sinatura</w:t>
      </w:r>
    </w:p>
    <w:p w14:paraId="4C032B8B" w14:textId="77777777" w:rsidR="00780FC7" w:rsidRDefault="00BA2822" w:rsidP="00F551EE">
      <w:pPr>
        <w:spacing w:after="120"/>
        <w:jc w:val="both"/>
        <w:rPr>
          <w:rFonts w:ascii="Arial" w:hAnsi="Arial" w:cs="Arial"/>
          <w:sz w:val="22"/>
          <w:szCs w:val="28"/>
        </w:rPr>
      </w:pPr>
      <w:r w:rsidRPr="001F7195">
        <w:rPr>
          <w:rFonts w:ascii="Arial" w:hAnsi="Arial" w:cs="Arial"/>
          <w:sz w:val="22"/>
          <w:szCs w:val="28"/>
        </w:rPr>
        <w:t xml:space="preserve">A persoa asinante declara que os datos consignados neste formulario son veraces, que coñece e acepta as condicións de adhesión ao Club de Produto Galicia </w:t>
      </w:r>
      <w:r w:rsidRPr="00B175D9">
        <w:rPr>
          <w:rFonts w:ascii="Arial" w:hAnsi="Arial" w:cs="Arial"/>
          <w:sz w:val="22"/>
          <w:szCs w:val="28"/>
        </w:rPr>
        <w:t>Suroeste</w:t>
      </w:r>
      <w:r w:rsidRPr="001F7195">
        <w:rPr>
          <w:rFonts w:ascii="Arial" w:hAnsi="Arial" w:cs="Arial"/>
          <w:sz w:val="22"/>
          <w:szCs w:val="28"/>
        </w:rPr>
        <w:t xml:space="preserve"> e que se compromete a achegar, cando sexa requirida, a documentación necesaria para comprobar o cumprimento dos requisitos obrigatorios e avaliables declarados.</w:t>
      </w:r>
    </w:p>
    <w:p w14:paraId="78311206" w14:textId="77777777" w:rsidR="000A0BCD" w:rsidRPr="001F7195" w:rsidRDefault="000A0BCD" w:rsidP="00F551EE">
      <w:pPr>
        <w:spacing w:after="120"/>
        <w:jc w:val="both"/>
        <w:rPr>
          <w:rFonts w:ascii="Arial" w:hAnsi="Arial" w:cs="Arial"/>
          <w:sz w:val="22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681"/>
        <w:gridCol w:w="6735"/>
      </w:tblGrid>
      <w:tr w:rsidR="00780FC7" w:rsidRPr="00F53E99" w14:paraId="37240104" w14:textId="77777777" w:rsidTr="000A0BCD">
        <w:tc>
          <w:tcPr>
            <w:tcW w:w="3681" w:type="dxa"/>
            <w:shd w:val="clear" w:color="auto" w:fill="008C95"/>
            <w:vAlign w:val="center"/>
          </w:tcPr>
          <w:p w14:paraId="30AA5E0C" w14:textId="77777777" w:rsidR="00780FC7" w:rsidRPr="00B175D9" w:rsidRDefault="00BA2822" w:rsidP="00F551EE">
            <w:pPr>
              <w:jc w:val="both"/>
              <w:rPr>
                <w:rFonts w:ascii="Arial" w:hAnsi="Arial" w:cs="Arial"/>
                <w:color w:val="FFFFFF" w:themeColor="background1"/>
                <w:sz w:val="22"/>
                <w:szCs w:val="32"/>
              </w:rPr>
            </w:pPr>
            <w:r w:rsidRPr="00B175D9">
              <w:rPr>
                <w:rFonts w:ascii="Arial" w:hAnsi="Arial" w:cs="Arial"/>
                <w:b/>
                <w:color w:val="FFFFFF" w:themeColor="background1"/>
                <w:sz w:val="22"/>
                <w:szCs w:val="32"/>
              </w:rPr>
              <w:t>Nome e apelidos</w:t>
            </w:r>
          </w:p>
        </w:tc>
        <w:tc>
          <w:tcPr>
            <w:tcW w:w="6735" w:type="dxa"/>
            <w:vAlign w:val="center"/>
          </w:tcPr>
          <w:p w14:paraId="12E6B114" w14:textId="77777777" w:rsidR="00780FC7" w:rsidRPr="00F53E99" w:rsidRDefault="00780FC7" w:rsidP="00F551EE">
            <w:pPr>
              <w:jc w:val="both"/>
              <w:rPr>
                <w:rFonts w:ascii="Arial" w:hAnsi="Arial" w:cs="Arial"/>
                <w:sz w:val="22"/>
                <w:szCs w:val="32"/>
              </w:rPr>
            </w:pPr>
          </w:p>
        </w:tc>
      </w:tr>
      <w:tr w:rsidR="00780FC7" w:rsidRPr="00F53E99" w14:paraId="7358FDE8" w14:textId="77777777" w:rsidTr="000A0BCD">
        <w:tc>
          <w:tcPr>
            <w:tcW w:w="3681" w:type="dxa"/>
            <w:shd w:val="clear" w:color="auto" w:fill="008C95"/>
            <w:vAlign w:val="center"/>
          </w:tcPr>
          <w:p w14:paraId="7B47CB7E" w14:textId="77777777" w:rsidR="00780FC7" w:rsidRPr="00B175D9" w:rsidRDefault="00BA2822" w:rsidP="00F551EE">
            <w:pPr>
              <w:jc w:val="both"/>
              <w:rPr>
                <w:rFonts w:ascii="Arial" w:hAnsi="Arial" w:cs="Arial"/>
                <w:color w:val="FFFFFF" w:themeColor="background1"/>
                <w:sz w:val="22"/>
                <w:szCs w:val="32"/>
              </w:rPr>
            </w:pPr>
            <w:r w:rsidRPr="00B175D9">
              <w:rPr>
                <w:rFonts w:ascii="Arial" w:hAnsi="Arial" w:cs="Arial"/>
                <w:b/>
                <w:color w:val="FFFFFF" w:themeColor="background1"/>
                <w:sz w:val="22"/>
                <w:szCs w:val="32"/>
              </w:rPr>
              <w:t>Cargo / representación</w:t>
            </w:r>
          </w:p>
        </w:tc>
        <w:tc>
          <w:tcPr>
            <w:tcW w:w="6735" w:type="dxa"/>
            <w:vAlign w:val="center"/>
          </w:tcPr>
          <w:p w14:paraId="0C56A733" w14:textId="77777777" w:rsidR="00780FC7" w:rsidRPr="00F53E99" w:rsidRDefault="00780FC7" w:rsidP="00F551EE">
            <w:pPr>
              <w:jc w:val="both"/>
              <w:rPr>
                <w:rFonts w:ascii="Arial" w:hAnsi="Arial" w:cs="Arial"/>
                <w:sz w:val="22"/>
                <w:szCs w:val="32"/>
              </w:rPr>
            </w:pPr>
          </w:p>
        </w:tc>
      </w:tr>
      <w:tr w:rsidR="00780FC7" w:rsidRPr="00F53E99" w14:paraId="46D68493" w14:textId="77777777" w:rsidTr="000A0BCD">
        <w:tc>
          <w:tcPr>
            <w:tcW w:w="3681" w:type="dxa"/>
            <w:shd w:val="clear" w:color="auto" w:fill="008C95"/>
            <w:vAlign w:val="center"/>
          </w:tcPr>
          <w:p w14:paraId="381197D5" w14:textId="77777777" w:rsidR="00780FC7" w:rsidRPr="00B175D9" w:rsidRDefault="00BA2822" w:rsidP="00F551EE">
            <w:pPr>
              <w:jc w:val="both"/>
              <w:rPr>
                <w:rFonts w:ascii="Arial" w:hAnsi="Arial" w:cs="Arial"/>
                <w:color w:val="FFFFFF" w:themeColor="background1"/>
                <w:sz w:val="22"/>
                <w:szCs w:val="32"/>
              </w:rPr>
            </w:pPr>
            <w:r w:rsidRPr="00B175D9">
              <w:rPr>
                <w:rFonts w:ascii="Arial" w:hAnsi="Arial" w:cs="Arial"/>
                <w:b/>
                <w:color w:val="FFFFFF" w:themeColor="background1"/>
                <w:sz w:val="22"/>
                <w:szCs w:val="32"/>
              </w:rPr>
              <w:t>Lugar e data</w:t>
            </w:r>
          </w:p>
        </w:tc>
        <w:tc>
          <w:tcPr>
            <w:tcW w:w="6735" w:type="dxa"/>
            <w:vAlign w:val="center"/>
          </w:tcPr>
          <w:p w14:paraId="15FA853F" w14:textId="77777777" w:rsidR="00780FC7" w:rsidRPr="00F53E99" w:rsidRDefault="00780FC7" w:rsidP="00F551EE">
            <w:pPr>
              <w:jc w:val="both"/>
              <w:rPr>
                <w:rFonts w:ascii="Arial" w:hAnsi="Arial" w:cs="Arial"/>
                <w:sz w:val="22"/>
                <w:szCs w:val="32"/>
              </w:rPr>
            </w:pPr>
          </w:p>
        </w:tc>
      </w:tr>
      <w:tr w:rsidR="00780FC7" w:rsidRPr="00F53E99" w14:paraId="7938C793" w14:textId="77777777" w:rsidTr="000A0BCD">
        <w:tc>
          <w:tcPr>
            <w:tcW w:w="3681" w:type="dxa"/>
            <w:shd w:val="clear" w:color="auto" w:fill="008C95"/>
            <w:vAlign w:val="center"/>
          </w:tcPr>
          <w:p w14:paraId="2EA8C835" w14:textId="77777777" w:rsidR="00780FC7" w:rsidRPr="00B175D9" w:rsidRDefault="00BA2822" w:rsidP="00F551EE">
            <w:pPr>
              <w:jc w:val="both"/>
              <w:rPr>
                <w:rFonts w:ascii="Arial" w:hAnsi="Arial" w:cs="Arial"/>
                <w:color w:val="FFFFFF" w:themeColor="background1"/>
                <w:sz w:val="22"/>
                <w:szCs w:val="32"/>
              </w:rPr>
            </w:pPr>
            <w:r w:rsidRPr="00B175D9">
              <w:rPr>
                <w:rFonts w:ascii="Arial" w:hAnsi="Arial" w:cs="Arial"/>
                <w:b/>
                <w:color w:val="FFFFFF" w:themeColor="background1"/>
                <w:sz w:val="22"/>
                <w:szCs w:val="32"/>
              </w:rPr>
              <w:t>Sinatura</w:t>
            </w:r>
          </w:p>
        </w:tc>
        <w:tc>
          <w:tcPr>
            <w:tcW w:w="6735" w:type="dxa"/>
            <w:vAlign w:val="center"/>
          </w:tcPr>
          <w:p w14:paraId="1786D82F" w14:textId="77777777" w:rsidR="00B175D9" w:rsidRDefault="00B175D9" w:rsidP="00F551EE">
            <w:pPr>
              <w:jc w:val="both"/>
              <w:rPr>
                <w:rFonts w:ascii="Arial" w:hAnsi="Arial" w:cs="Arial"/>
                <w:color w:val="1F1F1F"/>
                <w:sz w:val="22"/>
                <w:szCs w:val="32"/>
              </w:rPr>
            </w:pPr>
          </w:p>
          <w:p w14:paraId="0D1BD96F" w14:textId="77777777" w:rsidR="00B175D9" w:rsidRDefault="00B175D9" w:rsidP="00F551EE">
            <w:pPr>
              <w:jc w:val="both"/>
              <w:rPr>
                <w:rFonts w:ascii="Arial" w:hAnsi="Arial" w:cs="Arial"/>
                <w:color w:val="1F1F1F"/>
                <w:sz w:val="22"/>
                <w:szCs w:val="32"/>
              </w:rPr>
            </w:pPr>
          </w:p>
          <w:p w14:paraId="10F6C6FA" w14:textId="77777777" w:rsidR="00B175D9" w:rsidRDefault="00B175D9" w:rsidP="00F551EE">
            <w:pPr>
              <w:jc w:val="both"/>
              <w:rPr>
                <w:rFonts w:ascii="Arial" w:hAnsi="Arial" w:cs="Arial"/>
                <w:color w:val="1F1F1F"/>
                <w:sz w:val="22"/>
                <w:szCs w:val="32"/>
              </w:rPr>
            </w:pPr>
          </w:p>
          <w:p w14:paraId="28B6CD38" w14:textId="77777777" w:rsidR="00B175D9" w:rsidRDefault="00B175D9" w:rsidP="00F551EE">
            <w:pPr>
              <w:jc w:val="both"/>
              <w:rPr>
                <w:rFonts w:ascii="Arial" w:hAnsi="Arial" w:cs="Arial"/>
                <w:color w:val="1F1F1F"/>
                <w:sz w:val="22"/>
                <w:szCs w:val="32"/>
              </w:rPr>
            </w:pPr>
          </w:p>
          <w:p w14:paraId="7516A353" w14:textId="77777777" w:rsidR="00B175D9" w:rsidRDefault="00B175D9" w:rsidP="00F551EE">
            <w:pPr>
              <w:jc w:val="both"/>
              <w:rPr>
                <w:rFonts w:ascii="Arial" w:hAnsi="Arial" w:cs="Arial"/>
                <w:color w:val="1F1F1F"/>
                <w:sz w:val="22"/>
                <w:szCs w:val="32"/>
              </w:rPr>
            </w:pPr>
          </w:p>
          <w:p w14:paraId="7D2BF32F" w14:textId="77777777" w:rsidR="00B175D9" w:rsidRDefault="00B175D9" w:rsidP="00F551EE">
            <w:pPr>
              <w:jc w:val="both"/>
              <w:rPr>
                <w:rFonts w:ascii="Arial" w:hAnsi="Arial" w:cs="Arial"/>
                <w:color w:val="1F1F1F"/>
                <w:sz w:val="22"/>
                <w:szCs w:val="32"/>
              </w:rPr>
            </w:pPr>
          </w:p>
          <w:p w14:paraId="1C079070" w14:textId="77777777" w:rsidR="000A0BCD" w:rsidRDefault="000A0BCD" w:rsidP="00F551EE">
            <w:pPr>
              <w:jc w:val="both"/>
              <w:rPr>
                <w:rFonts w:ascii="Arial" w:hAnsi="Arial" w:cs="Arial"/>
                <w:color w:val="1F1F1F"/>
                <w:sz w:val="22"/>
                <w:szCs w:val="32"/>
              </w:rPr>
            </w:pPr>
          </w:p>
          <w:p w14:paraId="6F6F0795" w14:textId="77777777" w:rsidR="00B175D9" w:rsidRDefault="00B175D9" w:rsidP="00F551EE">
            <w:pPr>
              <w:jc w:val="both"/>
              <w:rPr>
                <w:rFonts w:ascii="Arial" w:hAnsi="Arial" w:cs="Arial"/>
                <w:color w:val="1F1F1F"/>
                <w:sz w:val="22"/>
                <w:szCs w:val="32"/>
              </w:rPr>
            </w:pPr>
          </w:p>
          <w:p w14:paraId="6306C57C" w14:textId="77777777" w:rsidR="00B175D9" w:rsidRDefault="00B175D9" w:rsidP="00F551EE">
            <w:pPr>
              <w:jc w:val="both"/>
              <w:rPr>
                <w:rFonts w:ascii="Arial" w:hAnsi="Arial" w:cs="Arial"/>
                <w:color w:val="1F1F1F"/>
                <w:sz w:val="22"/>
                <w:szCs w:val="32"/>
              </w:rPr>
            </w:pPr>
          </w:p>
          <w:p w14:paraId="1C1553B3" w14:textId="1182D3DF" w:rsidR="00780FC7" w:rsidRPr="00F53E99" w:rsidRDefault="00BA2822" w:rsidP="00F551EE">
            <w:pPr>
              <w:jc w:val="both"/>
              <w:rPr>
                <w:rFonts w:ascii="Arial" w:hAnsi="Arial" w:cs="Arial"/>
                <w:sz w:val="22"/>
                <w:szCs w:val="32"/>
              </w:rPr>
            </w:pPr>
            <w:r w:rsidRPr="00F53E99">
              <w:rPr>
                <w:rFonts w:ascii="Arial" w:hAnsi="Arial" w:cs="Arial"/>
                <w:color w:val="1F1F1F"/>
                <w:sz w:val="22"/>
                <w:szCs w:val="32"/>
              </w:rPr>
              <w:br/>
            </w:r>
            <w:r w:rsidRPr="00F53E99">
              <w:rPr>
                <w:rFonts w:ascii="Arial" w:hAnsi="Arial" w:cs="Arial"/>
                <w:color w:val="1F1F1F"/>
                <w:sz w:val="22"/>
                <w:szCs w:val="32"/>
              </w:rPr>
              <w:br/>
            </w:r>
          </w:p>
        </w:tc>
      </w:tr>
    </w:tbl>
    <w:p w14:paraId="124D5288" w14:textId="77777777" w:rsidR="00BA2822" w:rsidRPr="00F551EE" w:rsidRDefault="00BA2822" w:rsidP="00F551EE">
      <w:pPr>
        <w:jc w:val="both"/>
        <w:rPr>
          <w:rFonts w:ascii="Arial" w:hAnsi="Arial" w:cs="Arial"/>
        </w:rPr>
      </w:pPr>
    </w:p>
    <w:sectPr w:rsidR="00BA2822" w:rsidRPr="00F551EE" w:rsidSect="00034616">
      <w:headerReference w:type="default" r:id="rId11"/>
      <w:footerReference w:type="default" r:id="rId12"/>
      <w:pgSz w:w="12240" w:h="15840"/>
      <w:pgMar w:top="1304" w:right="907" w:bottom="1247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AF34F" w14:textId="77777777" w:rsidR="008D0B4F" w:rsidRPr="00F53E99" w:rsidRDefault="008D0B4F">
      <w:pPr>
        <w:spacing w:after="0" w:line="240" w:lineRule="auto"/>
      </w:pPr>
      <w:r w:rsidRPr="00F53E99">
        <w:separator/>
      </w:r>
    </w:p>
  </w:endnote>
  <w:endnote w:type="continuationSeparator" w:id="0">
    <w:p w14:paraId="602B9E4B" w14:textId="77777777" w:rsidR="008D0B4F" w:rsidRPr="00F53E99" w:rsidRDefault="008D0B4F">
      <w:pPr>
        <w:spacing w:after="0" w:line="240" w:lineRule="auto"/>
      </w:pPr>
      <w:r w:rsidRPr="00F53E9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 Sans">
    <w:altName w:val="Calibri"/>
    <w:charset w:val="00"/>
    <w:family w:val="auto"/>
    <w:pitch w:val="variable"/>
    <w:sig w:usb0="A00000BF" w:usb1="4000204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4C770" w14:textId="77777777" w:rsidR="00780FC7" w:rsidRPr="00F53E99" w:rsidRDefault="00BA2822">
    <w:pPr>
      <w:pStyle w:val="Piedepgina"/>
      <w:jc w:val="center"/>
    </w:pPr>
    <w:r w:rsidRPr="00F53E99">
      <w:rPr>
        <w:noProof/>
      </w:rPr>
      <w:drawing>
        <wp:inline distT="0" distB="0" distL="0" distR="0" wp14:anchorId="37BB8A2C" wp14:editId="30B099D2">
          <wp:extent cx="5688000" cy="453830"/>
          <wp:effectExtent l="0" t="0" r="0" b="0"/>
          <wp:docPr id="1102493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s_footer_logo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88000" cy="4538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E1E3E" w14:textId="77777777" w:rsidR="008D0B4F" w:rsidRPr="00F53E99" w:rsidRDefault="008D0B4F">
      <w:pPr>
        <w:spacing w:after="0" w:line="240" w:lineRule="auto"/>
      </w:pPr>
      <w:r w:rsidRPr="00F53E99">
        <w:separator/>
      </w:r>
    </w:p>
  </w:footnote>
  <w:footnote w:type="continuationSeparator" w:id="0">
    <w:p w14:paraId="7D4788A5" w14:textId="77777777" w:rsidR="008D0B4F" w:rsidRPr="00F53E99" w:rsidRDefault="008D0B4F">
      <w:pPr>
        <w:spacing w:after="0" w:line="240" w:lineRule="auto"/>
      </w:pPr>
      <w:r w:rsidRPr="00F53E9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FA45C" w14:textId="77777777" w:rsidR="00780FC7" w:rsidRPr="00F53E99" w:rsidRDefault="00BA2822">
    <w:pPr>
      <w:pStyle w:val="Encabezado"/>
    </w:pPr>
    <w:r w:rsidRPr="00F53E99">
      <w:rPr>
        <w:noProof/>
      </w:rPr>
      <w:drawing>
        <wp:inline distT="0" distB="0" distL="0" distR="0" wp14:anchorId="38038989" wp14:editId="7AC020E9">
          <wp:extent cx="1872000" cy="505946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s_logo_colo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72000" cy="5059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74D5E85"/>
    <w:multiLevelType w:val="hybridMultilevel"/>
    <w:tmpl w:val="8F82D1FA"/>
    <w:lvl w:ilvl="0" w:tplc="0C0A0017">
      <w:start w:val="1"/>
      <w:numFmt w:val="lowerLetter"/>
      <w:lvlText w:val="%1)"/>
      <w:lvlJc w:val="left"/>
      <w:pPr>
        <w:ind w:left="1440" w:hanging="360"/>
      </w:pPr>
      <w:rPr>
        <w:rFonts w:hint="default"/>
        <w:color w:val="555555"/>
        <w:sz w:val="22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49F487B"/>
    <w:multiLevelType w:val="hybridMultilevel"/>
    <w:tmpl w:val="3B5A7B4C"/>
    <w:lvl w:ilvl="0" w:tplc="662E4C36">
      <w:start w:val="3"/>
      <w:numFmt w:val="bullet"/>
      <w:lvlText w:val="-"/>
      <w:lvlJc w:val="left"/>
      <w:pPr>
        <w:ind w:left="720" w:hanging="360"/>
      </w:pPr>
      <w:rPr>
        <w:rFonts w:ascii="Arial" w:eastAsia="Albert Sans" w:hAnsi="Arial" w:cs="Arial" w:hint="default"/>
        <w:color w:val="555555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FC2A1B"/>
    <w:multiLevelType w:val="hybridMultilevel"/>
    <w:tmpl w:val="849E3E0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3489476">
    <w:abstractNumId w:val="8"/>
  </w:num>
  <w:num w:numId="2" w16cid:durableId="343896617">
    <w:abstractNumId w:val="6"/>
  </w:num>
  <w:num w:numId="3" w16cid:durableId="25062476">
    <w:abstractNumId w:val="5"/>
  </w:num>
  <w:num w:numId="4" w16cid:durableId="2034649577">
    <w:abstractNumId w:val="4"/>
  </w:num>
  <w:num w:numId="5" w16cid:durableId="476650637">
    <w:abstractNumId w:val="7"/>
  </w:num>
  <w:num w:numId="6" w16cid:durableId="2006663211">
    <w:abstractNumId w:val="3"/>
  </w:num>
  <w:num w:numId="7" w16cid:durableId="1960447626">
    <w:abstractNumId w:val="2"/>
  </w:num>
  <w:num w:numId="8" w16cid:durableId="789544395">
    <w:abstractNumId w:val="1"/>
  </w:num>
  <w:num w:numId="9" w16cid:durableId="1788160362">
    <w:abstractNumId w:val="0"/>
  </w:num>
  <w:num w:numId="10" w16cid:durableId="209925264">
    <w:abstractNumId w:val="11"/>
  </w:num>
  <w:num w:numId="11" w16cid:durableId="736561730">
    <w:abstractNumId w:val="10"/>
  </w:num>
  <w:num w:numId="12" w16cid:durableId="168659007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0CF"/>
    <w:rsid w:val="00005AD1"/>
    <w:rsid w:val="00034616"/>
    <w:rsid w:val="00057D20"/>
    <w:rsid w:val="0006063C"/>
    <w:rsid w:val="00060BEF"/>
    <w:rsid w:val="000757BD"/>
    <w:rsid w:val="00080A75"/>
    <w:rsid w:val="000A0BCD"/>
    <w:rsid w:val="000A474E"/>
    <w:rsid w:val="000B74EE"/>
    <w:rsid w:val="000C633C"/>
    <w:rsid w:val="000E04F0"/>
    <w:rsid w:val="001242F5"/>
    <w:rsid w:val="00142486"/>
    <w:rsid w:val="0015074B"/>
    <w:rsid w:val="00153E1B"/>
    <w:rsid w:val="0015701D"/>
    <w:rsid w:val="001811D5"/>
    <w:rsid w:val="00184A53"/>
    <w:rsid w:val="001A4920"/>
    <w:rsid w:val="001B671D"/>
    <w:rsid w:val="001C1F4C"/>
    <w:rsid w:val="001C5C6B"/>
    <w:rsid w:val="001E09A0"/>
    <w:rsid w:val="001E1774"/>
    <w:rsid w:val="001F4D59"/>
    <w:rsid w:val="001F7195"/>
    <w:rsid w:val="002036D4"/>
    <w:rsid w:val="00224DAA"/>
    <w:rsid w:val="00241968"/>
    <w:rsid w:val="002736A1"/>
    <w:rsid w:val="00285B05"/>
    <w:rsid w:val="0029639D"/>
    <w:rsid w:val="002A3084"/>
    <w:rsid w:val="002B59A8"/>
    <w:rsid w:val="002D055B"/>
    <w:rsid w:val="002E1EB2"/>
    <w:rsid w:val="002E2DB7"/>
    <w:rsid w:val="00326F90"/>
    <w:rsid w:val="00344C1A"/>
    <w:rsid w:val="00374387"/>
    <w:rsid w:val="003854BF"/>
    <w:rsid w:val="003868A2"/>
    <w:rsid w:val="0038792A"/>
    <w:rsid w:val="00387E1A"/>
    <w:rsid w:val="003C1540"/>
    <w:rsid w:val="00406B04"/>
    <w:rsid w:val="00444489"/>
    <w:rsid w:val="0047008E"/>
    <w:rsid w:val="00471DBE"/>
    <w:rsid w:val="004C479E"/>
    <w:rsid w:val="004D5C1D"/>
    <w:rsid w:val="005402F2"/>
    <w:rsid w:val="00560986"/>
    <w:rsid w:val="005A460B"/>
    <w:rsid w:val="005B6BDB"/>
    <w:rsid w:val="005C677D"/>
    <w:rsid w:val="00616C6C"/>
    <w:rsid w:val="00666E67"/>
    <w:rsid w:val="006A063A"/>
    <w:rsid w:val="006B3838"/>
    <w:rsid w:val="006F0A67"/>
    <w:rsid w:val="0071203F"/>
    <w:rsid w:val="00721062"/>
    <w:rsid w:val="007658CD"/>
    <w:rsid w:val="00780FC7"/>
    <w:rsid w:val="007A6BA2"/>
    <w:rsid w:val="007D2C2F"/>
    <w:rsid w:val="007F4F77"/>
    <w:rsid w:val="0081390E"/>
    <w:rsid w:val="0085397C"/>
    <w:rsid w:val="008605FE"/>
    <w:rsid w:val="00862C00"/>
    <w:rsid w:val="00882051"/>
    <w:rsid w:val="008A545B"/>
    <w:rsid w:val="008A7854"/>
    <w:rsid w:val="008C7942"/>
    <w:rsid w:val="008D0B4F"/>
    <w:rsid w:val="00923F3B"/>
    <w:rsid w:val="00935388"/>
    <w:rsid w:val="00976D7A"/>
    <w:rsid w:val="00987727"/>
    <w:rsid w:val="009C22E3"/>
    <w:rsid w:val="009C3885"/>
    <w:rsid w:val="009E0CEA"/>
    <w:rsid w:val="009E736F"/>
    <w:rsid w:val="00A44765"/>
    <w:rsid w:val="00A470E9"/>
    <w:rsid w:val="00A551E8"/>
    <w:rsid w:val="00A66849"/>
    <w:rsid w:val="00A807E6"/>
    <w:rsid w:val="00AA1D8D"/>
    <w:rsid w:val="00AC7859"/>
    <w:rsid w:val="00AD09ED"/>
    <w:rsid w:val="00B175D9"/>
    <w:rsid w:val="00B20234"/>
    <w:rsid w:val="00B3046F"/>
    <w:rsid w:val="00B32FBB"/>
    <w:rsid w:val="00B33A4A"/>
    <w:rsid w:val="00B47730"/>
    <w:rsid w:val="00B73302"/>
    <w:rsid w:val="00B7440D"/>
    <w:rsid w:val="00BA2822"/>
    <w:rsid w:val="00BA678B"/>
    <w:rsid w:val="00BE47F8"/>
    <w:rsid w:val="00C32305"/>
    <w:rsid w:val="00C32E83"/>
    <w:rsid w:val="00C4063A"/>
    <w:rsid w:val="00C71CC9"/>
    <w:rsid w:val="00C77640"/>
    <w:rsid w:val="00C86FC1"/>
    <w:rsid w:val="00CA7AA2"/>
    <w:rsid w:val="00CB0664"/>
    <w:rsid w:val="00CC437F"/>
    <w:rsid w:val="00CD40EC"/>
    <w:rsid w:val="00CD5B1B"/>
    <w:rsid w:val="00CE3811"/>
    <w:rsid w:val="00D015CC"/>
    <w:rsid w:val="00D17636"/>
    <w:rsid w:val="00D36CAC"/>
    <w:rsid w:val="00DC71AF"/>
    <w:rsid w:val="00DE3F24"/>
    <w:rsid w:val="00DF0D67"/>
    <w:rsid w:val="00DF46BE"/>
    <w:rsid w:val="00E106DA"/>
    <w:rsid w:val="00E342C2"/>
    <w:rsid w:val="00E40526"/>
    <w:rsid w:val="00E56E57"/>
    <w:rsid w:val="00E903BA"/>
    <w:rsid w:val="00E92737"/>
    <w:rsid w:val="00EA11B9"/>
    <w:rsid w:val="00EB02E7"/>
    <w:rsid w:val="00EB12F3"/>
    <w:rsid w:val="00EC4689"/>
    <w:rsid w:val="00EE09B7"/>
    <w:rsid w:val="00EE3256"/>
    <w:rsid w:val="00F14AC1"/>
    <w:rsid w:val="00F20447"/>
    <w:rsid w:val="00F43281"/>
    <w:rsid w:val="00F4443F"/>
    <w:rsid w:val="00F4538D"/>
    <w:rsid w:val="00F45DBA"/>
    <w:rsid w:val="00F53E99"/>
    <w:rsid w:val="00F551EE"/>
    <w:rsid w:val="00F666E4"/>
    <w:rsid w:val="00F80947"/>
    <w:rsid w:val="00F9657A"/>
    <w:rsid w:val="00FC693F"/>
    <w:rsid w:val="00FF3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097BCB"/>
  <w14:defaultImageDpi w14:val="300"/>
  <w15:docId w15:val="{FF2CA792-89FA-451C-9351-4346118E9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42C2"/>
    <w:rPr>
      <w:rFonts w:ascii="Albert Sans" w:eastAsia="Albert Sans" w:hAnsi="Albert Sans"/>
      <w:sz w:val="18"/>
      <w:lang w:val="gl-ES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b17db5-f9ce-4f0a-b69d-28a4a785a06c">
      <Terms xmlns="http://schemas.microsoft.com/office/infopath/2007/PartnerControls"/>
    </lcf76f155ced4ddcb4097134ff3c332f>
    <TaxCatchAll xmlns="1cbda658-8bdf-499f-a111-f4f344ed71d9" xsi:nil="true"/>
    <Usuarios xmlns="d1b17db5-f9ce-4f0a-b69d-28a4a785a06c">
      <UserInfo>
        <DisplayName/>
        <AccountId xsi:nil="true"/>
        <AccountType/>
      </UserInfo>
    </Usuario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EC0BB7456105E41BAB9432F9F661C4E" ma:contentTypeVersion="18" ma:contentTypeDescription="Crear nuevo documento." ma:contentTypeScope="" ma:versionID="bca606270e4f2b38154949e37a5b1a77">
  <xsd:schema xmlns:xsd="http://www.w3.org/2001/XMLSchema" xmlns:xs="http://www.w3.org/2001/XMLSchema" xmlns:p="http://schemas.microsoft.com/office/2006/metadata/properties" xmlns:ns2="1cbda658-8bdf-499f-a111-f4f344ed71d9" xmlns:ns3="d1b17db5-f9ce-4f0a-b69d-28a4a785a06c" targetNamespace="http://schemas.microsoft.com/office/2006/metadata/properties" ma:root="true" ma:fieldsID="37644eb8196123a9d2bd7f9387e7a38c" ns2:_="" ns3:_="">
    <xsd:import namespace="1cbda658-8bdf-499f-a111-f4f344ed71d9"/>
    <xsd:import namespace="d1b17db5-f9ce-4f0a-b69d-28a4a785a06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Usuario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bda658-8bdf-499f-a111-f4f344ed71d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e7f3a2e-e2f1-4074-8ea3-ee2f28decb94}" ma:internalName="TaxCatchAll" ma:showField="CatchAllData" ma:web="1cbda658-8bdf-499f-a111-f4f344ed71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17db5-f9ce-4f0a-b69d-28a4a785a0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fdfad4cd-dc33-4e8f-8627-d59fbeec10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Usuarios" ma:index="21" nillable="true" ma:displayName="Usuarios" ma:format="Dropdown" ma:list="UserInfo" ma:SharePointGroup="0" ma:internalName="Usuario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CCB2F86-0CBE-4623-9C08-D082E0D9F6FD}">
  <ds:schemaRefs>
    <ds:schemaRef ds:uri="http://schemas.microsoft.com/office/2006/metadata/properties"/>
    <ds:schemaRef ds:uri="http://schemas.microsoft.com/office/infopath/2007/PartnerControls"/>
    <ds:schemaRef ds:uri="d1b17db5-f9ce-4f0a-b69d-28a4a785a06c"/>
    <ds:schemaRef ds:uri="1cbda658-8bdf-499f-a111-f4f344ed71d9"/>
  </ds:schemaRefs>
</ds:datastoreItem>
</file>

<file path=customXml/itemProps2.xml><?xml version="1.0" encoding="utf-8"?>
<ds:datastoreItem xmlns:ds="http://schemas.openxmlformats.org/officeDocument/2006/customXml" ds:itemID="{53BEB240-8D51-4D2E-89F6-8291D806AB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49456A-3927-4E01-9B25-2354FF8593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bda658-8bdf-499f-a111-f4f344ed71d9"/>
    <ds:schemaRef ds:uri="d1b17db5-f9ce-4f0a-b69d-28a4a785a0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1791</Words>
  <Characters>9853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11621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Martín Outumuro</cp:lastModifiedBy>
  <cp:revision>6</cp:revision>
  <cp:lastPrinted>2026-06-25T14:24:00Z</cp:lastPrinted>
  <dcterms:created xsi:type="dcterms:W3CDTF">2026-06-25T16:07:00Z</dcterms:created>
  <dcterms:modified xsi:type="dcterms:W3CDTF">2026-06-25T16:10:00Z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0x0101000EC0BB7456105E41BAB9432F9F661C4E</vt:lpwstr>
  </property>
  <property fmtid="{D5CDD505-2E9C-101B-9397-08002B2CF9AE}" pid="3" name="MediaServiceImageTags">
    <vt:lpwstr/>
  </property>
</Properties>
</file>