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A809C" w14:textId="77777777" w:rsidR="00E92737" w:rsidRPr="00F53E99" w:rsidRDefault="00E92737" w:rsidP="00E92737">
      <w:pPr>
        <w:jc w:val="center"/>
        <w:rPr>
          <w:rFonts w:ascii="Arial" w:hAnsi="Arial" w:cs="Arial"/>
          <w:b/>
          <w:color w:val="00426A"/>
          <w:sz w:val="32"/>
        </w:rPr>
      </w:pPr>
    </w:p>
    <w:p w14:paraId="5D550DDE" w14:textId="7AA7AC50" w:rsidR="00E92737" w:rsidRPr="00F53E99" w:rsidRDefault="00E92737" w:rsidP="00E92737">
      <w:pPr>
        <w:jc w:val="center"/>
        <w:rPr>
          <w:rFonts w:ascii="Arial" w:hAnsi="Arial" w:cs="Arial"/>
          <w:b/>
          <w:color w:val="00426A"/>
          <w:sz w:val="32"/>
        </w:rPr>
      </w:pPr>
      <w:r w:rsidRPr="00F53E99">
        <w:rPr>
          <w:rFonts w:ascii="Arial" w:hAnsi="Arial" w:cs="Arial"/>
          <w:b/>
          <w:color w:val="00426A"/>
          <w:sz w:val="32"/>
        </w:rPr>
        <w:t>FORMULARIO DE SOLICITUDE DE ADHESIÓN</w:t>
      </w:r>
    </w:p>
    <w:p w14:paraId="2301EFB1" w14:textId="5C77D4CA" w:rsidR="00E92737" w:rsidRPr="00F53E99" w:rsidRDefault="00E92737" w:rsidP="00E92737">
      <w:pPr>
        <w:jc w:val="center"/>
        <w:rPr>
          <w:rFonts w:ascii="Arial" w:hAnsi="Arial" w:cs="Arial"/>
          <w:b/>
          <w:color w:val="00426A"/>
          <w:sz w:val="26"/>
        </w:rPr>
      </w:pPr>
      <w:r w:rsidRPr="00F53E99">
        <w:rPr>
          <w:rFonts w:ascii="Arial" w:hAnsi="Arial" w:cs="Arial"/>
          <w:b/>
          <w:color w:val="00426A"/>
          <w:sz w:val="26"/>
        </w:rPr>
        <w:t>Club de Produto Galicia Suroeste</w:t>
      </w:r>
    </w:p>
    <w:p w14:paraId="1C551E50" w14:textId="77777777" w:rsidR="00E92737" w:rsidRDefault="00E92737" w:rsidP="00E92737">
      <w:pPr>
        <w:jc w:val="center"/>
        <w:rPr>
          <w:rFonts w:ascii="Arial" w:hAnsi="Arial" w:cs="Arial"/>
          <w:b/>
          <w:color w:val="00426A"/>
          <w:sz w:val="24"/>
        </w:rPr>
      </w:pPr>
      <w:r w:rsidRPr="00F53E99">
        <w:rPr>
          <w:rFonts w:ascii="Arial" w:hAnsi="Arial" w:cs="Arial"/>
          <w:b/>
          <w:color w:val="00426A"/>
          <w:sz w:val="24"/>
        </w:rPr>
        <w:t>Categoría: Aloxamentos</w:t>
      </w:r>
    </w:p>
    <w:p w14:paraId="355CB39F" w14:textId="48AB9A7F"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Datos de contacto</w:t>
      </w:r>
    </w:p>
    <w:p w14:paraId="149C3BB7" w14:textId="77777777" w:rsidR="00F551EE" w:rsidRPr="00F53E99" w:rsidRDefault="00F551EE" w:rsidP="00F551EE">
      <w:pPr>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303B0737" w14:textId="77777777" w:rsidTr="00A807E6">
        <w:trPr>
          <w:jc w:val="center"/>
        </w:trPr>
        <w:tc>
          <w:tcPr>
            <w:tcW w:w="3407" w:type="dxa"/>
            <w:shd w:val="clear" w:color="auto" w:fill="008C95"/>
            <w:vAlign w:val="center"/>
          </w:tcPr>
          <w:p w14:paraId="40639C53" w14:textId="77777777" w:rsidR="00780FC7" w:rsidRPr="0047008E" w:rsidRDefault="00BA2822" w:rsidP="0047008E">
            <w:pPr>
              <w:rPr>
                <w:rFonts w:ascii="Arial" w:hAnsi="Arial" w:cs="Arial"/>
                <w:b/>
                <w:color w:val="FFFFFF" w:themeColor="background1"/>
                <w:sz w:val="22"/>
                <w:szCs w:val="32"/>
              </w:rPr>
            </w:pPr>
            <w:r w:rsidRPr="0047008E">
              <w:rPr>
                <w:rFonts w:ascii="Arial" w:hAnsi="Arial" w:cs="Arial"/>
                <w:b/>
                <w:color w:val="FFFFFF" w:themeColor="background1"/>
                <w:sz w:val="22"/>
                <w:szCs w:val="32"/>
              </w:rPr>
              <w:t>Nome</w:t>
            </w:r>
          </w:p>
        </w:tc>
        <w:tc>
          <w:tcPr>
            <w:tcW w:w="6236" w:type="dxa"/>
            <w:vAlign w:val="center"/>
          </w:tcPr>
          <w:p w14:paraId="4870F385" w14:textId="77777777" w:rsidR="00780FC7" w:rsidRPr="00F53E99" w:rsidRDefault="00780FC7" w:rsidP="00F551EE">
            <w:pPr>
              <w:jc w:val="both"/>
              <w:rPr>
                <w:rFonts w:ascii="Arial" w:hAnsi="Arial" w:cs="Arial"/>
                <w:sz w:val="22"/>
                <w:szCs w:val="32"/>
              </w:rPr>
            </w:pPr>
          </w:p>
        </w:tc>
      </w:tr>
      <w:tr w:rsidR="00780FC7" w:rsidRPr="00F53E99" w14:paraId="6B8A91E3" w14:textId="77777777" w:rsidTr="00A807E6">
        <w:trPr>
          <w:jc w:val="center"/>
        </w:trPr>
        <w:tc>
          <w:tcPr>
            <w:tcW w:w="3407" w:type="dxa"/>
            <w:shd w:val="clear" w:color="auto" w:fill="008C95"/>
            <w:vAlign w:val="center"/>
          </w:tcPr>
          <w:p w14:paraId="639090E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Apelidos</w:t>
            </w:r>
          </w:p>
        </w:tc>
        <w:tc>
          <w:tcPr>
            <w:tcW w:w="6236" w:type="dxa"/>
            <w:vAlign w:val="center"/>
          </w:tcPr>
          <w:p w14:paraId="3C1422DF" w14:textId="77777777" w:rsidR="00780FC7" w:rsidRPr="00F53E99" w:rsidRDefault="00780FC7" w:rsidP="00F551EE">
            <w:pPr>
              <w:jc w:val="both"/>
              <w:rPr>
                <w:rFonts w:ascii="Arial" w:hAnsi="Arial" w:cs="Arial"/>
                <w:sz w:val="22"/>
                <w:szCs w:val="32"/>
              </w:rPr>
            </w:pPr>
          </w:p>
        </w:tc>
      </w:tr>
      <w:tr w:rsidR="00780FC7" w:rsidRPr="00F53E99" w14:paraId="271B52A7" w14:textId="77777777" w:rsidTr="00A807E6">
        <w:trPr>
          <w:jc w:val="center"/>
        </w:trPr>
        <w:tc>
          <w:tcPr>
            <w:tcW w:w="3407" w:type="dxa"/>
            <w:shd w:val="clear" w:color="auto" w:fill="008C95"/>
            <w:vAlign w:val="center"/>
          </w:tcPr>
          <w:p w14:paraId="3E0B993E"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móbil</w:t>
            </w:r>
          </w:p>
        </w:tc>
        <w:tc>
          <w:tcPr>
            <w:tcW w:w="6236" w:type="dxa"/>
            <w:vAlign w:val="center"/>
          </w:tcPr>
          <w:p w14:paraId="5E02A907" w14:textId="77777777" w:rsidR="00780FC7" w:rsidRPr="00F53E99" w:rsidRDefault="00780FC7" w:rsidP="00F551EE">
            <w:pPr>
              <w:jc w:val="both"/>
              <w:rPr>
                <w:rFonts w:ascii="Arial" w:hAnsi="Arial" w:cs="Arial"/>
                <w:sz w:val="22"/>
                <w:szCs w:val="32"/>
              </w:rPr>
            </w:pPr>
          </w:p>
        </w:tc>
      </w:tr>
      <w:tr w:rsidR="00780FC7" w:rsidRPr="00F53E99" w14:paraId="664AA82E" w14:textId="77777777" w:rsidTr="00A807E6">
        <w:trPr>
          <w:jc w:val="center"/>
        </w:trPr>
        <w:tc>
          <w:tcPr>
            <w:tcW w:w="3407" w:type="dxa"/>
            <w:shd w:val="clear" w:color="auto" w:fill="008C95"/>
            <w:vAlign w:val="center"/>
          </w:tcPr>
          <w:p w14:paraId="5E3E93BA"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fixo</w:t>
            </w:r>
          </w:p>
        </w:tc>
        <w:tc>
          <w:tcPr>
            <w:tcW w:w="6236" w:type="dxa"/>
            <w:vAlign w:val="center"/>
          </w:tcPr>
          <w:p w14:paraId="21B63637" w14:textId="77777777" w:rsidR="00780FC7" w:rsidRPr="00F53E99" w:rsidRDefault="00780FC7" w:rsidP="00F551EE">
            <w:pPr>
              <w:jc w:val="both"/>
              <w:rPr>
                <w:rFonts w:ascii="Arial" w:hAnsi="Arial" w:cs="Arial"/>
                <w:sz w:val="22"/>
                <w:szCs w:val="32"/>
              </w:rPr>
            </w:pPr>
          </w:p>
        </w:tc>
      </w:tr>
      <w:tr w:rsidR="00780FC7" w:rsidRPr="00F53E99" w14:paraId="0F83D3CD" w14:textId="77777777" w:rsidTr="00A807E6">
        <w:trPr>
          <w:jc w:val="center"/>
        </w:trPr>
        <w:tc>
          <w:tcPr>
            <w:tcW w:w="3407" w:type="dxa"/>
            <w:shd w:val="clear" w:color="auto" w:fill="008C95"/>
            <w:vAlign w:val="center"/>
          </w:tcPr>
          <w:p w14:paraId="5922E27F"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Enderezo electrónico</w:t>
            </w:r>
          </w:p>
        </w:tc>
        <w:tc>
          <w:tcPr>
            <w:tcW w:w="6236" w:type="dxa"/>
            <w:vAlign w:val="center"/>
          </w:tcPr>
          <w:p w14:paraId="2A5810A8" w14:textId="77777777" w:rsidR="00780FC7" w:rsidRPr="00F53E99" w:rsidRDefault="00780FC7" w:rsidP="00F551EE">
            <w:pPr>
              <w:jc w:val="both"/>
              <w:rPr>
                <w:rFonts w:ascii="Arial" w:hAnsi="Arial" w:cs="Arial"/>
                <w:sz w:val="22"/>
                <w:szCs w:val="32"/>
              </w:rPr>
            </w:pPr>
          </w:p>
        </w:tc>
      </w:tr>
    </w:tbl>
    <w:p w14:paraId="4F611FFC" w14:textId="77777777" w:rsidR="00780FC7" w:rsidRPr="00F53E99" w:rsidRDefault="00780FC7" w:rsidP="00F551EE">
      <w:pPr>
        <w:jc w:val="both"/>
        <w:rPr>
          <w:rFonts w:ascii="Arial" w:hAnsi="Arial" w:cs="Arial"/>
        </w:rPr>
      </w:pPr>
    </w:p>
    <w:p w14:paraId="5C14EF72" w14:textId="02E5A853"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 xml:space="preserve">Datos da empresa ou </w:t>
      </w:r>
      <w:r w:rsidR="005C677D" w:rsidRPr="00F53E99">
        <w:rPr>
          <w:rFonts w:ascii="Arial" w:eastAsia="Albert Sans" w:hAnsi="Arial" w:cs="Arial"/>
          <w:color w:val="00426A"/>
        </w:rPr>
        <w:t>entidade</w:t>
      </w:r>
    </w:p>
    <w:p w14:paraId="415DACA8" w14:textId="77777777" w:rsidR="00F551EE" w:rsidRPr="00F53E99" w:rsidRDefault="00F551EE" w:rsidP="00F551EE">
      <w:pPr>
        <w:pStyle w:val="Prrafodelista"/>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1E66EE4B" w14:textId="77777777" w:rsidTr="00A807E6">
        <w:trPr>
          <w:jc w:val="center"/>
        </w:trPr>
        <w:tc>
          <w:tcPr>
            <w:tcW w:w="3407" w:type="dxa"/>
            <w:shd w:val="clear" w:color="auto" w:fill="008C95"/>
            <w:vAlign w:val="center"/>
          </w:tcPr>
          <w:p w14:paraId="2A32CDA5"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Nome comercial</w:t>
            </w:r>
          </w:p>
        </w:tc>
        <w:tc>
          <w:tcPr>
            <w:tcW w:w="6236" w:type="dxa"/>
            <w:vAlign w:val="center"/>
          </w:tcPr>
          <w:p w14:paraId="7A07F5A0" w14:textId="00CB5C51" w:rsidR="00780FC7" w:rsidRPr="00F53E99" w:rsidRDefault="00780FC7" w:rsidP="00F551EE">
            <w:pPr>
              <w:jc w:val="both"/>
              <w:rPr>
                <w:rFonts w:ascii="Arial" w:hAnsi="Arial" w:cs="Arial"/>
                <w:sz w:val="22"/>
                <w:szCs w:val="32"/>
              </w:rPr>
            </w:pPr>
          </w:p>
        </w:tc>
      </w:tr>
      <w:tr w:rsidR="00780FC7" w:rsidRPr="00F53E99" w14:paraId="292DAADA" w14:textId="77777777" w:rsidTr="00A807E6">
        <w:trPr>
          <w:jc w:val="center"/>
        </w:trPr>
        <w:tc>
          <w:tcPr>
            <w:tcW w:w="3407" w:type="dxa"/>
            <w:shd w:val="clear" w:color="auto" w:fill="008C95"/>
            <w:vAlign w:val="center"/>
          </w:tcPr>
          <w:p w14:paraId="6DD06DC3" w14:textId="5B0EE74F"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Razón social</w:t>
            </w:r>
          </w:p>
        </w:tc>
        <w:tc>
          <w:tcPr>
            <w:tcW w:w="6236" w:type="dxa"/>
            <w:vAlign w:val="center"/>
          </w:tcPr>
          <w:p w14:paraId="700FCCB8" w14:textId="77777777" w:rsidR="00780FC7" w:rsidRPr="00F53E99" w:rsidRDefault="00780FC7" w:rsidP="00F551EE">
            <w:pPr>
              <w:jc w:val="both"/>
              <w:rPr>
                <w:rFonts w:ascii="Arial" w:hAnsi="Arial" w:cs="Arial"/>
                <w:sz w:val="22"/>
                <w:szCs w:val="32"/>
              </w:rPr>
            </w:pPr>
          </w:p>
        </w:tc>
      </w:tr>
      <w:tr w:rsidR="00780FC7" w:rsidRPr="00F53E99" w14:paraId="614BE55E" w14:textId="77777777" w:rsidTr="00A807E6">
        <w:trPr>
          <w:jc w:val="center"/>
        </w:trPr>
        <w:tc>
          <w:tcPr>
            <w:tcW w:w="3407" w:type="dxa"/>
            <w:shd w:val="clear" w:color="auto" w:fill="008C95"/>
            <w:vAlign w:val="center"/>
          </w:tcPr>
          <w:p w14:paraId="5800385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NIF/CIF</w:t>
            </w:r>
          </w:p>
        </w:tc>
        <w:tc>
          <w:tcPr>
            <w:tcW w:w="6236" w:type="dxa"/>
            <w:vAlign w:val="center"/>
          </w:tcPr>
          <w:p w14:paraId="1B7E8F4B" w14:textId="77777777" w:rsidR="00780FC7" w:rsidRPr="00F53E99" w:rsidRDefault="00780FC7" w:rsidP="00F551EE">
            <w:pPr>
              <w:jc w:val="both"/>
              <w:rPr>
                <w:rFonts w:ascii="Arial" w:hAnsi="Arial" w:cs="Arial"/>
                <w:sz w:val="22"/>
                <w:szCs w:val="32"/>
              </w:rPr>
            </w:pPr>
          </w:p>
        </w:tc>
      </w:tr>
      <w:tr w:rsidR="008A7854" w:rsidRPr="00F53E99" w14:paraId="10CB9A0E" w14:textId="77777777" w:rsidTr="00A807E6">
        <w:trPr>
          <w:jc w:val="center"/>
        </w:trPr>
        <w:tc>
          <w:tcPr>
            <w:tcW w:w="3407" w:type="dxa"/>
            <w:shd w:val="clear" w:color="auto" w:fill="008C95"/>
            <w:vAlign w:val="center"/>
          </w:tcPr>
          <w:p w14:paraId="22EDDC2F" w14:textId="3E30C40E"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Municipio</w:t>
            </w:r>
          </w:p>
        </w:tc>
        <w:tc>
          <w:tcPr>
            <w:tcW w:w="6236" w:type="dxa"/>
            <w:vAlign w:val="center"/>
          </w:tcPr>
          <w:p w14:paraId="1A24CCA5" w14:textId="77777777" w:rsidR="008A7854" w:rsidRPr="00F53E99" w:rsidRDefault="008A7854" w:rsidP="008A7854">
            <w:pPr>
              <w:jc w:val="both"/>
              <w:rPr>
                <w:rFonts w:ascii="Arial" w:hAnsi="Arial" w:cs="Arial"/>
                <w:sz w:val="22"/>
                <w:szCs w:val="32"/>
              </w:rPr>
            </w:pPr>
          </w:p>
        </w:tc>
      </w:tr>
      <w:tr w:rsidR="008A7854" w:rsidRPr="00F53E99" w14:paraId="4EBBEED4" w14:textId="77777777" w:rsidTr="00A807E6">
        <w:trPr>
          <w:jc w:val="center"/>
        </w:trPr>
        <w:tc>
          <w:tcPr>
            <w:tcW w:w="3407" w:type="dxa"/>
            <w:shd w:val="clear" w:color="auto" w:fill="008C95"/>
            <w:vAlign w:val="center"/>
          </w:tcPr>
          <w:p w14:paraId="7047EB96" w14:textId="1363D871"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Domicilio</w:t>
            </w:r>
          </w:p>
        </w:tc>
        <w:tc>
          <w:tcPr>
            <w:tcW w:w="6236" w:type="dxa"/>
            <w:vAlign w:val="center"/>
          </w:tcPr>
          <w:p w14:paraId="1225C9D0" w14:textId="77777777" w:rsidR="008A7854" w:rsidRPr="00F53E99" w:rsidRDefault="008A7854" w:rsidP="008A7854">
            <w:pPr>
              <w:jc w:val="both"/>
              <w:rPr>
                <w:rFonts w:ascii="Arial" w:hAnsi="Arial" w:cs="Arial"/>
                <w:sz w:val="22"/>
                <w:szCs w:val="32"/>
              </w:rPr>
            </w:pPr>
          </w:p>
        </w:tc>
      </w:tr>
      <w:tr w:rsidR="008A7854" w:rsidRPr="00F53E99" w14:paraId="2C9B1AAD" w14:textId="77777777" w:rsidTr="00A807E6">
        <w:trPr>
          <w:jc w:val="center"/>
        </w:trPr>
        <w:tc>
          <w:tcPr>
            <w:tcW w:w="3407" w:type="dxa"/>
            <w:shd w:val="clear" w:color="auto" w:fill="008C95"/>
            <w:vAlign w:val="center"/>
          </w:tcPr>
          <w:p w14:paraId="37AB3F09"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Web</w:t>
            </w:r>
          </w:p>
        </w:tc>
        <w:tc>
          <w:tcPr>
            <w:tcW w:w="6236" w:type="dxa"/>
            <w:vAlign w:val="center"/>
          </w:tcPr>
          <w:p w14:paraId="3F9E07B9" w14:textId="77777777" w:rsidR="008A7854" w:rsidRPr="00F53E99" w:rsidRDefault="008A7854" w:rsidP="008A7854">
            <w:pPr>
              <w:jc w:val="both"/>
              <w:rPr>
                <w:rFonts w:ascii="Arial" w:hAnsi="Arial" w:cs="Arial"/>
                <w:sz w:val="22"/>
                <w:szCs w:val="32"/>
              </w:rPr>
            </w:pPr>
          </w:p>
        </w:tc>
      </w:tr>
      <w:tr w:rsidR="008A7854" w:rsidRPr="00F53E99" w14:paraId="41942F24" w14:textId="77777777" w:rsidTr="00A807E6">
        <w:trPr>
          <w:jc w:val="center"/>
        </w:trPr>
        <w:tc>
          <w:tcPr>
            <w:tcW w:w="3407" w:type="dxa"/>
            <w:shd w:val="clear" w:color="auto" w:fill="008C95"/>
            <w:vAlign w:val="center"/>
          </w:tcPr>
          <w:p w14:paraId="212DF2DA"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Persoa de contacto</w:t>
            </w:r>
          </w:p>
        </w:tc>
        <w:tc>
          <w:tcPr>
            <w:tcW w:w="6236" w:type="dxa"/>
            <w:vAlign w:val="center"/>
          </w:tcPr>
          <w:p w14:paraId="7ACA6511" w14:textId="77777777" w:rsidR="008A7854" w:rsidRPr="00F53E99" w:rsidRDefault="008A7854" w:rsidP="008A7854">
            <w:pPr>
              <w:jc w:val="both"/>
              <w:rPr>
                <w:rFonts w:ascii="Arial" w:hAnsi="Arial" w:cs="Arial"/>
                <w:sz w:val="22"/>
                <w:szCs w:val="32"/>
              </w:rPr>
            </w:pPr>
          </w:p>
        </w:tc>
      </w:tr>
      <w:tr w:rsidR="008A7854" w:rsidRPr="00F53E99" w14:paraId="0C9C19DD" w14:textId="77777777" w:rsidTr="00A807E6">
        <w:trPr>
          <w:jc w:val="center"/>
        </w:trPr>
        <w:tc>
          <w:tcPr>
            <w:tcW w:w="3407" w:type="dxa"/>
            <w:shd w:val="clear" w:color="auto" w:fill="008C95"/>
            <w:vAlign w:val="center"/>
          </w:tcPr>
          <w:p w14:paraId="6CE15C8E"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Cargo</w:t>
            </w:r>
          </w:p>
        </w:tc>
        <w:tc>
          <w:tcPr>
            <w:tcW w:w="6236" w:type="dxa"/>
            <w:vAlign w:val="center"/>
          </w:tcPr>
          <w:p w14:paraId="1CA8A3AE" w14:textId="77777777" w:rsidR="008A7854" w:rsidRPr="00F53E99" w:rsidRDefault="008A7854" w:rsidP="008A7854">
            <w:pPr>
              <w:jc w:val="both"/>
              <w:rPr>
                <w:rFonts w:ascii="Arial" w:hAnsi="Arial" w:cs="Arial"/>
                <w:sz w:val="22"/>
                <w:szCs w:val="32"/>
              </w:rPr>
            </w:pPr>
          </w:p>
        </w:tc>
      </w:tr>
    </w:tbl>
    <w:p w14:paraId="5B98E9FB" w14:textId="7726920A" w:rsidR="00F551EE" w:rsidRPr="00F53E99" w:rsidRDefault="00F551EE" w:rsidP="00F551EE">
      <w:pPr>
        <w:jc w:val="both"/>
        <w:rPr>
          <w:rFonts w:ascii="Arial" w:hAnsi="Arial" w:cs="Arial"/>
        </w:rPr>
      </w:pPr>
    </w:p>
    <w:p w14:paraId="69CFA16B" w14:textId="41AF5630" w:rsidR="001811D5" w:rsidRPr="00F53E99" w:rsidRDefault="001811D5" w:rsidP="001811D5">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w:t>
      </w:r>
      <w:r w:rsidR="00923F3B" w:rsidRPr="00F53E99">
        <w:rPr>
          <w:rFonts w:ascii="Arial" w:eastAsia="Albert Sans" w:hAnsi="Arial" w:cs="Arial"/>
          <w:color w:val="00426A"/>
        </w:rPr>
        <w:t>escrición da actividade</w:t>
      </w:r>
    </w:p>
    <w:p w14:paraId="0FA3710B" w14:textId="77777777" w:rsidR="001811D5" w:rsidRPr="00F53E99" w:rsidRDefault="001811D5" w:rsidP="00F551EE">
      <w:pPr>
        <w:jc w:val="both"/>
        <w:rPr>
          <w:rFonts w:ascii="Arial" w:hAnsi="Arial" w:cs="Arial"/>
        </w:rPr>
      </w:pPr>
    </w:p>
    <w:p w14:paraId="543B9C98" w14:textId="12A24466" w:rsidR="00F4538D" w:rsidRPr="00F53E99" w:rsidRDefault="002036D4" w:rsidP="00F4538D">
      <w:pPr>
        <w:spacing w:after="120"/>
        <w:jc w:val="both"/>
        <w:rPr>
          <w:rFonts w:ascii="Arial" w:hAnsi="Arial" w:cs="Arial"/>
          <w:sz w:val="24"/>
          <w:szCs w:val="32"/>
        </w:rPr>
      </w:pPr>
      <w:r w:rsidRPr="00F53E99">
        <w:rPr>
          <w:rFonts w:ascii="Arial" w:hAnsi="Arial" w:cs="Arial"/>
          <w:sz w:val="22"/>
          <w:szCs w:val="28"/>
        </w:rPr>
        <w:t>Para a cumprimentación dos seguintes campos, pode vostede facer uso da extensión ou caracteres que desexe.</w:t>
      </w:r>
    </w:p>
    <w:p w14:paraId="0DF35F7E" w14:textId="4164E998"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Historia / traxectoria profesional</w:t>
      </w:r>
    </w:p>
    <w:tbl>
      <w:tblPr>
        <w:tblStyle w:val="Tablaconcuadrcula"/>
        <w:tblW w:w="0" w:type="auto"/>
        <w:tblLook w:val="04A0" w:firstRow="1" w:lastRow="0" w:firstColumn="1" w:lastColumn="0" w:noHBand="0" w:noVBand="1"/>
      </w:tblPr>
      <w:tblGrid>
        <w:gridCol w:w="10416"/>
      </w:tblGrid>
      <w:tr w:rsidR="00F4538D" w:rsidRPr="00F53E99" w14:paraId="2A9AE1C2" w14:textId="77777777" w:rsidTr="00A807E6">
        <w:tc>
          <w:tcPr>
            <w:tcW w:w="10426" w:type="dxa"/>
            <w:vAlign w:val="center"/>
          </w:tcPr>
          <w:p w14:paraId="7020F8DE" w14:textId="627DBE6A" w:rsidR="00C32E83"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p w14:paraId="32BFA013" w14:textId="77777777" w:rsidR="00C32E83" w:rsidRPr="00F53E99" w:rsidRDefault="00C32E83" w:rsidP="00DF0D67">
            <w:pPr>
              <w:rPr>
                <w:rFonts w:ascii="Arial" w:hAnsi="Arial" w:cs="Arial"/>
                <w:sz w:val="20"/>
                <w:szCs w:val="24"/>
              </w:rPr>
            </w:pPr>
          </w:p>
          <w:p w14:paraId="75425BAD" w14:textId="77777777" w:rsidR="00C32E83" w:rsidRPr="00F53E99" w:rsidRDefault="00C32E83" w:rsidP="00DF0D67">
            <w:pPr>
              <w:rPr>
                <w:rFonts w:ascii="Arial" w:hAnsi="Arial" w:cs="Arial"/>
                <w:color w:val="1F1F1F"/>
                <w:sz w:val="20"/>
                <w:szCs w:val="24"/>
              </w:rPr>
            </w:pPr>
          </w:p>
          <w:p w14:paraId="3172DE70" w14:textId="77777777" w:rsidR="00C32E83" w:rsidRPr="00F53E99" w:rsidRDefault="00C32E83" w:rsidP="00DF0D67">
            <w:pPr>
              <w:rPr>
                <w:rFonts w:ascii="Arial" w:hAnsi="Arial" w:cs="Arial"/>
                <w:sz w:val="20"/>
                <w:szCs w:val="24"/>
              </w:rPr>
            </w:pPr>
          </w:p>
          <w:p w14:paraId="1CB6E3D9" w14:textId="77777777" w:rsidR="00C32E83" w:rsidRPr="00F53E99" w:rsidRDefault="00C32E83" w:rsidP="00DF0D67">
            <w:pPr>
              <w:rPr>
                <w:rFonts w:ascii="Arial" w:hAnsi="Arial" w:cs="Arial"/>
                <w:sz w:val="20"/>
                <w:szCs w:val="24"/>
              </w:rPr>
            </w:pPr>
          </w:p>
          <w:p w14:paraId="22387684" w14:textId="77777777" w:rsidR="00C32E83" w:rsidRPr="00F53E99" w:rsidRDefault="00C32E83" w:rsidP="00DF0D67">
            <w:pPr>
              <w:rPr>
                <w:rFonts w:ascii="Arial" w:hAnsi="Arial" w:cs="Arial"/>
                <w:sz w:val="20"/>
                <w:szCs w:val="24"/>
              </w:rPr>
            </w:pPr>
          </w:p>
          <w:p w14:paraId="3A2D3BAC" w14:textId="77777777" w:rsidR="000E04F0" w:rsidRPr="00F53E99" w:rsidRDefault="000E04F0" w:rsidP="00DF0D67">
            <w:pPr>
              <w:rPr>
                <w:rFonts w:ascii="Arial" w:hAnsi="Arial" w:cs="Arial"/>
                <w:sz w:val="20"/>
                <w:szCs w:val="24"/>
              </w:rPr>
            </w:pPr>
          </w:p>
          <w:p w14:paraId="4CA32A4E" w14:textId="2F4FC4AA" w:rsidR="00F4538D" w:rsidRPr="00F53E99" w:rsidRDefault="00F4538D" w:rsidP="00DF0D67">
            <w:pPr>
              <w:rPr>
                <w:rFonts w:ascii="Arial" w:hAnsi="Arial" w:cs="Arial"/>
                <w:sz w:val="20"/>
                <w:szCs w:val="24"/>
              </w:rPr>
            </w:pPr>
            <w:r w:rsidRPr="00F53E99">
              <w:rPr>
                <w:rFonts w:ascii="Arial" w:hAnsi="Arial" w:cs="Arial"/>
                <w:sz w:val="20"/>
                <w:szCs w:val="24"/>
              </w:rPr>
              <w:br/>
            </w:r>
          </w:p>
        </w:tc>
      </w:tr>
    </w:tbl>
    <w:p w14:paraId="0CC0366F" w14:textId="77777777" w:rsidR="00C32E83" w:rsidRPr="00F53E99" w:rsidRDefault="00C32E83" w:rsidP="00F4538D">
      <w:pPr>
        <w:jc w:val="both"/>
        <w:rPr>
          <w:rFonts w:ascii="Arial" w:hAnsi="Arial" w:cs="Arial"/>
          <w:b/>
          <w:color w:val="00426A"/>
          <w:sz w:val="20"/>
          <w:szCs w:val="24"/>
        </w:rPr>
      </w:pPr>
    </w:p>
    <w:p w14:paraId="12D386C7" w14:textId="00089E0A"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Instalacións (se procede)</w:t>
      </w:r>
    </w:p>
    <w:tbl>
      <w:tblPr>
        <w:tblStyle w:val="Tablaconcuadrcula"/>
        <w:tblW w:w="0" w:type="auto"/>
        <w:tblLook w:val="04A0" w:firstRow="1" w:lastRow="0" w:firstColumn="1" w:lastColumn="0" w:noHBand="0" w:noVBand="1"/>
      </w:tblPr>
      <w:tblGrid>
        <w:gridCol w:w="10416"/>
      </w:tblGrid>
      <w:tr w:rsidR="00F4538D" w:rsidRPr="00F53E99" w14:paraId="35A79AE0" w14:textId="77777777" w:rsidTr="00A807E6">
        <w:tc>
          <w:tcPr>
            <w:tcW w:w="10426" w:type="dxa"/>
            <w:vAlign w:val="center"/>
          </w:tcPr>
          <w:p w14:paraId="7F6CA158" w14:textId="77777777" w:rsidR="00C32E83" w:rsidRPr="00F53E99" w:rsidRDefault="00F4538D" w:rsidP="00DF0D67">
            <w:pPr>
              <w:rPr>
                <w:rFonts w:ascii="Arial" w:hAnsi="Arial" w:cs="Arial"/>
                <w:sz w:val="20"/>
                <w:szCs w:val="24"/>
              </w:rPr>
            </w:pPr>
            <w:r w:rsidRPr="00F53E99">
              <w:rPr>
                <w:rFonts w:ascii="Arial" w:hAnsi="Arial" w:cs="Arial"/>
                <w:sz w:val="20"/>
                <w:szCs w:val="24"/>
              </w:rPr>
              <w:br/>
            </w:r>
          </w:p>
          <w:p w14:paraId="4ADCB5DC" w14:textId="77777777" w:rsidR="000E04F0" w:rsidRPr="00F53E99" w:rsidRDefault="000E04F0" w:rsidP="00DF0D67">
            <w:pPr>
              <w:rPr>
                <w:rFonts w:ascii="Arial" w:hAnsi="Arial" w:cs="Arial"/>
                <w:sz w:val="20"/>
                <w:szCs w:val="24"/>
              </w:rPr>
            </w:pPr>
          </w:p>
          <w:p w14:paraId="36F505CB" w14:textId="77777777" w:rsidR="000E04F0" w:rsidRPr="00F53E99" w:rsidRDefault="000E04F0" w:rsidP="00DF0D67">
            <w:pPr>
              <w:rPr>
                <w:rFonts w:ascii="Arial" w:hAnsi="Arial" w:cs="Arial"/>
                <w:sz w:val="20"/>
                <w:szCs w:val="24"/>
              </w:rPr>
            </w:pPr>
          </w:p>
          <w:p w14:paraId="0AE59E58" w14:textId="77777777" w:rsidR="000E04F0" w:rsidRPr="00F53E99" w:rsidRDefault="000E04F0" w:rsidP="00DF0D67">
            <w:pPr>
              <w:rPr>
                <w:rFonts w:ascii="Arial" w:hAnsi="Arial" w:cs="Arial"/>
                <w:sz w:val="20"/>
                <w:szCs w:val="24"/>
              </w:rPr>
            </w:pPr>
          </w:p>
          <w:p w14:paraId="4206A200" w14:textId="77777777" w:rsidR="000E04F0" w:rsidRPr="00F53E99" w:rsidRDefault="000E04F0" w:rsidP="00DF0D67">
            <w:pPr>
              <w:rPr>
                <w:rFonts w:ascii="Arial" w:hAnsi="Arial" w:cs="Arial"/>
                <w:sz w:val="20"/>
                <w:szCs w:val="24"/>
              </w:rPr>
            </w:pPr>
          </w:p>
          <w:p w14:paraId="52015264" w14:textId="77777777" w:rsidR="00C32E83" w:rsidRPr="00F53E99" w:rsidRDefault="00C32E83" w:rsidP="00DF0D67">
            <w:pPr>
              <w:rPr>
                <w:rFonts w:ascii="Arial" w:hAnsi="Arial" w:cs="Arial"/>
                <w:sz w:val="20"/>
                <w:szCs w:val="24"/>
              </w:rPr>
            </w:pPr>
          </w:p>
          <w:p w14:paraId="239DDFBB" w14:textId="77777777" w:rsidR="00C32E83" w:rsidRPr="00F53E99" w:rsidRDefault="00C32E83" w:rsidP="00DF0D67">
            <w:pPr>
              <w:rPr>
                <w:rFonts w:ascii="Arial" w:hAnsi="Arial" w:cs="Arial"/>
                <w:sz w:val="20"/>
                <w:szCs w:val="24"/>
              </w:rPr>
            </w:pPr>
          </w:p>
          <w:p w14:paraId="57E635B7" w14:textId="17C2B4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6F0E9C46" w14:textId="77777777" w:rsidR="00BA678B" w:rsidRPr="00F53E99" w:rsidRDefault="00BA678B" w:rsidP="00F4538D">
      <w:pPr>
        <w:jc w:val="both"/>
        <w:rPr>
          <w:rFonts w:ascii="Arial" w:hAnsi="Arial" w:cs="Arial"/>
          <w:b/>
          <w:color w:val="00426A"/>
          <w:sz w:val="20"/>
          <w:szCs w:val="24"/>
        </w:rPr>
      </w:pPr>
    </w:p>
    <w:p w14:paraId="79ED64B4" w14:textId="70AAF455"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Servizos</w:t>
      </w:r>
      <w:r w:rsidR="00BA678B" w:rsidRPr="00F53E99">
        <w:rPr>
          <w:rFonts w:ascii="Arial" w:hAnsi="Arial" w:cs="Arial"/>
          <w:b/>
          <w:color w:val="00426A"/>
          <w:sz w:val="20"/>
          <w:szCs w:val="24"/>
        </w:rPr>
        <w:t xml:space="preserve"> / produtos</w:t>
      </w:r>
      <w:r w:rsidRPr="00F53E99">
        <w:rPr>
          <w:rFonts w:ascii="Arial" w:hAnsi="Arial" w:cs="Arial"/>
          <w:b/>
          <w:color w:val="00426A"/>
          <w:sz w:val="20"/>
          <w:szCs w:val="24"/>
        </w:rPr>
        <w:t xml:space="preserve"> ofertados</w:t>
      </w:r>
    </w:p>
    <w:tbl>
      <w:tblPr>
        <w:tblStyle w:val="Tablaconcuadrcula"/>
        <w:tblW w:w="0" w:type="auto"/>
        <w:tblLook w:val="04A0" w:firstRow="1" w:lastRow="0" w:firstColumn="1" w:lastColumn="0" w:noHBand="0" w:noVBand="1"/>
      </w:tblPr>
      <w:tblGrid>
        <w:gridCol w:w="10416"/>
      </w:tblGrid>
      <w:tr w:rsidR="00F4538D" w:rsidRPr="00F53E99" w14:paraId="018EB547" w14:textId="77777777" w:rsidTr="00A807E6">
        <w:tc>
          <w:tcPr>
            <w:tcW w:w="10426" w:type="dxa"/>
            <w:vAlign w:val="center"/>
          </w:tcPr>
          <w:p w14:paraId="7DD25494" w14:textId="2293EA2C" w:rsidR="00BA678B" w:rsidRPr="00F53E99" w:rsidRDefault="00BA678B" w:rsidP="00DF0D67">
            <w:pPr>
              <w:rPr>
                <w:rFonts w:ascii="Arial" w:hAnsi="Arial" w:cs="Arial"/>
                <w:sz w:val="20"/>
                <w:szCs w:val="24"/>
              </w:rPr>
            </w:pPr>
          </w:p>
          <w:p w14:paraId="432A187A" w14:textId="77777777" w:rsidR="00BA678B" w:rsidRPr="00F53E99" w:rsidRDefault="00BA678B" w:rsidP="00DF0D67">
            <w:pPr>
              <w:rPr>
                <w:rFonts w:ascii="Arial" w:hAnsi="Arial" w:cs="Arial"/>
                <w:sz w:val="20"/>
                <w:szCs w:val="24"/>
              </w:rPr>
            </w:pPr>
          </w:p>
          <w:p w14:paraId="6FD5D2D6" w14:textId="77777777" w:rsidR="000E04F0" w:rsidRPr="00F53E99" w:rsidRDefault="000E04F0" w:rsidP="00DF0D67">
            <w:pPr>
              <w:rPr>
                <w:rFonts w:ascii="Arial" w:hAnsi="Arial" w:cs="Arial"/>
                <w:sz w:val="20"/>
                <w:szCs w:val="24"/>
              </w:rPr>
            </w:pPr>
          </w:p>
          <w:p w14:paraId="4CABE322" w14:textId="77777777" w:rsidR="00BA678B" w:rsidRPr="00F53E99" w:rsidRDefault="00BA678B" w:rsidP="00DF0D67">
            <w:pPr>
              <w:rPr>
                <w:rFonts w:ascii="Arial" w:hAnsi="Arial" w:cs="Arial"/>
                <w:sz w:val="20"/>
                <w:szCs w:val="24"/>
              </w:rPr>
            </w:pPr>
          </w:p>
          <w:p w14:paraId="13CEAEEC" w14:textId="77777777" w:rsidR="00BA678B" w:rsidRPr="00F53E99" w:rsidRDefault="00BA678B" w:rsidP="00DF0D67">
            <w:pPr>
              <w:rPr>
                <w:rFonts w:ascii="Arial" w:hAnsi="Arial" w:cs="Arial"/>
                <w:sz w:val="20"/>
                <w:szCs w:val="24"/>
              </w:rPr>
            </w:pPr>
          </w:p>
          <w:p w14:paraId="6F9E2AA4" w14:textId="77777777" w:rsidR="000E04F0" w:rsidRPr="00F53E99" w:rsidRDefault="000E04F0" w:rsidP="00DF0D67">
            <w:pPr>
              <w:rPr>
                <w:rFonts w:ascii="Arial" w:hAnsi="Arial" w:cs="Arial"/>
                <w:sz w:val="20"/>
                <w:szCs w:val="24"/>
              </w:rPr>
            </w:pPr>
          </w:p>
          <w:p w14:paraId="45F1A019" w14:textId="77777777" w:rsidR="000E04F0" w:rsidRPr="00F53E99" w:rsidRDefault="000E04F0" w:rsidP="00DF0D67">
            <w:pPr>
              <w:rPr>
                <w:rFonts w:ascii="Arial" w:hAnsi="Arial" w:cs="Arial"/>
                <w:sz w:val="20"/>
                <w:szCs w:val="24"/>
              </w:rPr>
            </w:pPr>
          </w:p>
          <w:p w14:paraId="46CC0E52" w14:textId="77777777" w:rsidR="000E04F0" w:rsidRPr="00F53E99" w:rsidRDefault="000E04F0" w:rsidP="00DF0D67">
            <w:pPr>
              <w:rPr>
                <w:rFonts w:ascii="Arial" w:hAnsi="Arial" w:cs="Arial"/>
                <w:sz w:val="20"/>
                <w:szCs w:val="24"/>
              </w:rPr>
            </w:pPr>
          </w:p>
          <w:p w14:paraId="5E057BA6" w14:textId="77777777" w:rsidR="000E04F0" w:rsidRPr="00F53E99" w:rsidRDefault="000E04F0" w:rsidP="00DF0D67">
            <w:pPr>
              <w:rPr>
                <w:rFonts w:ascii="Arial" w:hAnsi="Arial" w:cs="Arial"/>
                <w:sz w:val="20"/>
                <w:szCs w:val="24"/>
              </w:rPr>
            </w:pPr>
          </w:p>
          <w:p w14:paraId="128BC2C7" w14:textId="77777777" w:rsidR="00BA678B" w:rsidRPr="00F53E99" w:rsidRDefault="00BA678B" w:rsidP="00DF0D67">
            <w:pPr>
              <w:rPr>
                <w:rFonts w:ascii="Arial" w:hAnsi="Arial" w:cs="Arial"/>
                <w:sz w:val="20"/>
                <w:szCs w:val="24"/>
              </w:rPr>
            </w:pPr>
          </w:p>
          <w:p w14:paraId="457278B0" w14:textId="77777777" w:rsidR="00BA678B" w:rsidRPr="00F53E99" w:rsidRDefault="00BA678B" w:rsidP="00DF0D67">
            <w:pPr>
              <w:rPr>
                <w:rFonts w:ascii="Arial" w:hAnsi="Arial" w:cs="Arial"/>
                <w:sz w:val="20"/>
                <w:szCs w:val="24"/>
              </w:rPr>
            </w:pPr>
          </w:p>
          <w:p w14:paraId="431560C4" w14:textId="77777777" w:rsidR="002D055B" w:rsidRPr="00F53E99" w:rsidRDefault="00F4538D" w:rsidP="00DF0D67">
            <w:pPr>
              <w:rPr>
                <w:rFonts w:ascii="Arial" w:hAnsi="Arial" w:cs="Arial"/>
                <w:sz w:val="20"/>
                <w:szCs w:val="24"/>
              </w:rPr>
            </w:pPr>
            <w:r w:rsidRPr="00F53E99">
              <w:rPr>
                <w:rFonts w:ascii="Arial" w:hAnsi="Arial" w:cs="Arial"/>
                <w:sz w:val="20"/>
                <w:szCs w:val="24"/>
              </w:rPr>
              <w:br/>
            </w:r>
          </w:p>
          <w:p w14:paraId="233D4BB9" w14:textId="1F8B6E5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53331648" w14:textId="77777777" w:rsidR="000E04F0" w:rsidRPr="00F53E99" w:rsidRDefault="000E04F0" w:rsidP="00F4538D">
      <w:pPr>
        <w:jc w:val="both"/>
        <w:rPr>
          <w:rFonts w:ascii="Arial" w:hAnsi="Arial" w:cs="Arial"/>
          <w:b/>
          <w:color w:val="00426A"/>
          <w:sz w:val="20"/>
          <w:szCs w:val="24"/>
        </w:rPr>
      </w:pPr>
    </w:p>
    <w:p w14:paraId="5ACD19B1" w14:textId="697F497C"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Relación co territorio Galicia Suroeste</w:t>
      </w:r>
    </w:p>
    <w:tbl>
      <w:tblPr>
        <w:tblStyle w:val="Tablaconcuadrcula"/>
        <w:tblW w:w="0" w:type="auto"/>
        <w:tblLook w:val="04A0" w:firstRow="1" w:lastRow="0" w:firstColumn="1" w:lastColumn="0" w:noHBand="0" w:noVBand="1"/>
      </w:tblPr>
      <w:tblGrid>
        <w:gridCol w:w="10416"/>
      </w:tblGrid>
      <w:tr w:rsidR="00F4538D" w:rsidRPr="00F53E99" w14:paraId="2F7C7370" w14:textId="77777777" w:rsidTr="00A807E6">
        <w:tc>
          <w:tcPr>
            <w:tcW w:w="10426" w:type="dxa"/>
            <w:vAlign w:val="center"/>
          </w:tcPr>
          <w:p w14:paraId="67F3F537" w14:textId="59288A68" w:rsidR="000E04F0" w:rsidRPr="00F53E99" w:rsidRDefault="00F4538D" w:rsidP="00DF0D67">
            <w:pPr>
              <w:rPr>
                <w:rFonts w:ascii="Arial" w:hAnsi="Arial" w:cs="Arial"/>
                <w:sz w:val="20"/>
                <w:szCs w:val="24"/>
              </w:rPr>
            </w:pPr>
            <w:r w:rsidRPr="00F53E99">
              <w:rPr>
                <w:rFonts w:ascii="Arial" w:hAnsi="Arial" w:cs="Arial"/>
                <w:sz w:val="20"/>
                <w:szCs w:val="24"/>
              </w:rPr>
              <w:br/>
            </w:r>
          </w:p>
          <w:p w14:paraId="19D414A5" w14:textId="77777777" w:rsidR="000E04F0" w:rsidRPr="00F53E99" w:rsidRDefault="000E04F0" w:rsidP="00DF0D67">
            <w:pPr>
              <w:rPr>
                <w:rFonts w:ascii="Arial" w:hAnsi="Arial" w:cs="Arial"/>
                <w:sz w:val="20"/>
                <w:szCs w:val="24"/>
              </w:rPr>
            </w:pPr>
          </w:p>
          <w:p w14:paraId="7589AB16" w14:textId="77777777" w:rsidR="000E04F0" w:rsidRPr="00F53E99" w:rsidRDefault="000E04F0" w:rsidP="00DF0D67">
            <w:pPr>
              <w:rPr>
                <w:rFonts w:ascii="Arial" w:hAnsi="Arial" w:cs="Arial"/>
                <w:sz w:val="20"/>
                <w:szCs w:val="24"/>
              </w:rPr>
            </w:pPr>
          </w:p>
          <w:p w14:paraId="20165F32" w14:textId="77777777" w:rsidR="000E04F0" w:rsidRPr="00F53E99" w:rsidRDefault="000E04F0" w:rsidP="00DF0D67">
            <w:pPr>
              <w:rPr>
                <w:rFonts w:ascii="Arial" w:hAnsi="Arial" w:cs="Arial"/>
                <w:sz w:val="20"/>
                <w:szCs w:val="24"/>
              </w:rPr>
            </w:pPr>
          </w:p>
          <w:p w14:paraId="0A93E54D" w14:textId="77777777" w:rsidR="000E04F0" w:rsidRPr="00F53E99" w:rsidRDefault="000E04F0" w:rsidP="00DF0D67">
            <w:pPr>
              <w:rPr>
                <w:rFonts w:ascii="Arial" w:hAnsi="Arial" w:cs="Arial"/>
                <w:sz w:val="20"/>
                <w:szCs w:val="24"/>
              </w:rPr>
            </w:pPr>
          </w:p>
          <w:p w14:paraId="65E1FB2C" w14:textId="77777777" w:rsidR="000E04F0" w:rsidRPr="00F53E99" w:rsidRDefault="000E04F0" w:rsidP="00DF0D67">
            <w:pPr>
              <w:rPr>
                <w:rFonts w:ascii="Arial" w:hAnsi="Arial" w:cs="Arial"/>
                <w:sz w:val="20"/>
                <w:szCs w:val="24"/>
              </w:rPr>
            </w:pPr>
          </w:p>
          <w:p w14:paraId="6E6648D2" w14:textId="77777777" w:rsidR="000E04F0" w:rsidRPr="00F53E99" w:rsidRDefault="000E04F0" w:rsidP="00DF0D67">
            <w:pPr>
              <w:rPr>
                <w:rFonts w:ascii="Arial" w:hAnsi="Arial" w:cs="Arial"/>
                <w:sz w:val="20"/>
                <w:szCs w:val="24"/>
              </w:rPr>
            </w:pPr>
          </w:p>
          <w:p w14:paraId="7C29638E" w14:textId="77777777" w:rsidR="000E04F0" w:rsidRPr="00F53E99" w:rsidRDefault="000E04F0" w:rsidP="00DF0D67">
            <w:pPr>
              <w:rPr>
                <w:rFonts w:ascii="Arial" w:hAnsi="Arial" w:cs="Arial"/>
                <w:sz w:val="20"/>
                <w:szCs w:val="24"/>
              </w:rPr>
            </w:pPr>
          </w:p>
          <w:p w14:paraId="095F7E49" w14:textId="65049733"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4567CC98" w14:textId="77777777" w:rsidR="000E04F0" w:rsidRPr="00F53E99" w:rsidRDefault="000E04F0" w:rsidP="00F4538D">
      <w:pPr>
        <w:jc w:val="both"/>
        <w:rPr>
          <w:rFonts w:ascii="Arial" w:hAnsi="Arial" w:cs="Arial"/>
          <w:b/>
          <w:color w:val="00426A"/>
          <w:sz w:val="20"/>
          <w:szCs w:val="24"/>
        </w:rPr>
      </w:pPr>
    </w:p>
    <w:p w14:paraId="5E167160" w14:textId="5A9947E4"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Canles de comercialización e promoción</w:t>
      </w:r>
    </w:p>
    <w:tbl>
      <w:tblPr>
        <w:tblStyle w:val="Tablaconcuadrcula"/>
        <w:tblW w:w="0" w:type="auto"/>
        <w:tblLook w:val="04A0" w:firstRow="1" w:lastRow="0" w:firstColumn="1" w:lastColumn="0" w:noHBand="0" w:noVBand="1"/>
      </w:tblPr>
      <w:tblGrid>
        <w:gridCol w:w="10416"/>
      </w:tblGrid>
      <w:tr w:rsidR="00F4538D" w:rsidRPr="00F53E99" w14:paraId="3ECA259C" w14:textId="77777777" w:rsidTr="00A807E6">
        <w:tc>
          <w:tcPr>
            <w:tcW w:w="10426" w:type="dxa"/>
            <w:vAlign w:val="center"/>
          </w:tcPr>
          <w:p w14:paraId="32720D89" w14:textId="301D3E51" w:rsidR="000E04F0" w:rsidRPr="00F53E99" w:rsidRDefault="00F4538D" w:rsidP="00DF0D67">
            <w:pPr>
              <w:rPr>
                <w:rFonts w:ascii="Arial" w:hAnsi="Arial" w:cs="Arial"/>
                <w:sz w:val="20"/>
                <w:szCs w:val="24"/>
              </w:rPr>
            </w:pPr>
            <w:r w:rsidRPr="00F53E99">
              <w:rPr>
                <w:rFonts w:ascii="Arial" w:hAnsi="Arial" w:cs="Arial"/>
                <w:sz w:val="20"/>
                <w:szCs w:val="24"/>
              </w:rPr>
              <w:br/>
            </w:r>
          </w:p>
          <w:p w14:paraId="6B937291" w14:textId="77777777" w:rsidR="000E04F0" w:rsidRPr="00F53E99" w:rsidRDefault="000E04F0" w:rsidP="00DF0D67">
            <w:pPr>
              <w:rPr>
                <w:rFonts w:ascii="Arial" w:hAnsi="Arial" w:cs="Arial"/>
                <w:sz w:val="20"/>
                <w:szCs w:val="24"/>
              </w:rPr>
            </w:pPr>
          </w:p>
          <w:p w14:paraId="46EFDDD0" w14:textId="77777777" w:rsidR="000E04F0" w:rsidRPr="00F53E99" w:rsidRDefault="000E04F0" w:rsidP="00DF0D67">
            <w:pPr>
              <w:rPr>
                <w:rFonts w:ascii="Arial" w:hAnsi="Arial" w:cs="Arial"/>
                <w:sz w:val="20"/>
                <w:szCs w:val="24"/>
              </w:rPr>
            </w:pPr>
          </w:p>
          <w:p w14:paraId="1A67E826" w14:textId="77777777" w:rsidR="000E04F0" w:rsidRPr="00F53E99" w:rsidRDefault="000E04F0" w:rsidP="00DF0D67">
            <w:pPr>
              <w:rPr>
                <w:rFonts w:ascii="Arial" w:hAnsi="Arial" w:cs="Arial"/>
                <w:sz w:val="20"/>
                <w:szCs w:val="24"/>
              </w:rPr>
            </w:pPr>
          </w:p>
          <w:p w14:paraId="34A48036" w14:textId="77777777" w:rsidR="000E04F0" w:rsidRPr="00F53E99" w:rsidRDefault="000E04F0" w:rsidP="00DF0D67">
            <w:pPr>
              <w:rPr>
                <w:rFonts w:ascii="Arial" w:hAnsi="Arial" w:cs="Arial"/>
                <w:sz w:val="20"/>
                <w:szCs w:val="24"/>
              </w:rPr>
            </w:pPr>
          </w:p>
          <w:p w14:paraId="51F24C2A" w14:textId="77777777" w:rsidR="000E04F0" w:rsidRPr="00F53E99" w:rsidRDefault="000E04F0" w:rsidP="00DF0D67">
            <w:pPr>
              <w:rPr>
                <w:rFonts w:ascii="Arial" w:hAnsi="Arial" w:cs="Arial"/>
                <w:sz w:val="20"/>
                <w:szCs w:val="24"/>
              </w:rPr>
            </w:pPr>
          </w:p>
          <w:p w14:paraId="2D196551" w14:textId="77777777" w:rsidR="000E04F0" w:rsidRPr="00F53E99" w:rsidRDefault="000E04F0" w:rsidP="00DF0D67">
            <w:pPr>
              <w:rPr>
                <w:rFonts w:ascii="Arial" w:hAnsi="Arial" w:cs="Arial"/>
                <w:sz w:val="20"/>
                <w:szCs w:val="24"/>
              </w:rPr>
            </w:pPr>
          </w:p>
          <w:p w14:paraId="3FC43F86" w14:textId="77777777" w:rsidR="000E04F0" w:rsidRDefault="000E04F0" w:rsidP="00DF0D67">
            <w:pPr>
              <w:rPr>
                <w:rFonts w:ascii="Arial" w:hAnsi="Arial" w:cs="Arial"/>
                <w:sz w:val="20"/>
                <w:szCs w:val="24"/>
              </w:rPr>
            </w:pPr>
          </w:p>
          <w:p w14:paraId="117AED5A" w14:textId="77777777" w:rsidR="00EC4689" w:rsidRPr="00F53E99" w:rsidRDefault="00EC4689" w:rsidP="00DF0D67">
            <w:pPr>
              <w:rPr>
                <w:rFonts w:ascii="Arial" w:hAnsi="Arial" w:cs="Arial"/>
                <w:sz w:val="20"/>
                <w:szCs w:val="24"/>
              </w:rPr>
            </w:pPr>
          </w:p>
          <w:p w14:paraId="2B1AC54F" w14:textId="77777777" w:rsidR="000E04F0" w:rsidRDefault="000E04F0" w:rsidP="00DF0D67">
            <w:pPr>
              <w:rPr>
                <w:rFonts w:ascii="Arial" w:hAnsi="Arial" w:cs="Arial"/>
                <w:sz w:val="20"/>
                <w:szCs w:val="24"/>
              </w:rPr>
            </w:pPr>
          </w:p>
          <w:p w14:paraId="2FB68D7F" w14:textId="77777777" w:rsidR="00EC4689" w:rsidRPr="00F53E99" w:rsidRDefault="00EC4689" w:rsidP="00DF0D67">
            <w:pPr>
              <w:rPr>
                <w:rFonts w:ascii="Arial" w:hAnsi="Arial" w:cs="Arial"/>
                <w:sz w:val="20"/>
                <w:szCs w:val="24"/>
              </w:rPr>
            </w:pPr>
          </w:p>
          <w:p w14:paraId="1E08484B" w14:textId="4250A6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32226EA7" w14:textId="77777777" w:rsidR="000E04F0" w:rsidRPr="00F53E99" w:rsidRDefault="000E04F0" w:rsidP="00F4538D">
      <w:pPr>
        <w:jc w:val="both"/>
        <w:rPr>
          <w:rFonts w:ascii="Arial" w:hAnsi="Arial" w:cs="Arial"/>
          <w:b/>
          <w:color w:val="00426A"/>
          <w:sz w:val="20"/>
          <w:szCs w:val="24"/>
        </w:rPr>
      </w:pPr>
    </w:p>
    <w:p w14:paraId="6C11ACA2" w14:textId="3D103733"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Medidas ambientais impl</w:t>
      </w:r>
      <w:r w:rsidR="000E04F0" w:rsidRPr="00F53E99">
        <w:rPr>
          <w:rFonts w:ascii="Arial" w:hAnsi="Arial" w:cs="Arial"/>
          <w:b/>
          <w:color w:val="00426A"/>
          <w:sz w:val="20"/>
          <w:szCs w:val="24"/>
        </w:rPr>
        <w:t>eme</w:t>
      </w:r>
      <w:r w:rsidRPr="00F53E99">
        <w:rPr>
          <w:rFonts w:ascii="Arial" w:hAnsi="Arial" w:cs="Arial"/>
          <w:b/>
          <w:color w:val="00426A"/>
          <w:sz w:val="20"/>
          <w:szCs w:val="24"/>
        </w:rPr>
        <w:t>ntadas</w:t>
      </w:r>
    </w:p>
    <w:tbl>
      <w:tblPr>
        <w:tblStyle w:val="Tablaconcuadrcula"/>
        <w:tblW w:w="0" w:type="auto"/>
        <w:tblLook w:val="04A0" w:firstRow="1" w:lastRow="0" w:firstColumn="1" w:lastColumn="0" w:noHBand="0" w:noVBand="1"/>
      </w:tblPr>
      <w:tblGrid>
        <w:gridCol w:w="10416"/>
      </w:tblGrid>
      <w:tr w:rsidR="00F4538D" w:rsidRPr="00F53E99" w14:paraId="3731222A" w14:textId="77777777" w:rsidTr="00A807E6">
        <w:tc>
          <w:tcPr>
            <w:tcW w:w="10426" w:type="dxa"/>
            <w:vAlign w:val="center"/>
          </w:tcPr>
          <w:p w14:paraId="704D1750" w14:textId="1B34B3EF" w:rsidR="000E04F0" w:rsidRPr="00F53E99" w:rsidRDefault="00F4538D" w:rsidP="00DF0D67">
            <w:pPr>
              <w:rPr>
                <w:rFonts w:ascii="Arial" w:hAnsi="Arial" w:cs="Arial"/>
                <w:sz w:val="20"/>
                <w:szCs w:val="24"/>
              </w:rPr>
            </w:pPr>
            <w:r w:rsidRPr="00F53E99">
              <w:rPr>
                <w:rFonts w:ascii="Arial" w:hAnsi="Arial" w:cs="Arial"/>
                <w:sz w:val="20"/>
                <w:szCs w:val="24"/>
              </w:rPr>
              <w:br/>
            </w:r>
          </w:p>
          <w:p w14:paraId="643BA87D" w14:textId="77777777" w:rsidR="000E04F0" w:rsidRDefault="000E04F0" w:rsidP="00DF0D67">
            <w:pPr>
              <w:rPr>
                <w:rFonts w:ascii="Arial" w:hAnsi="Arial" w:cs="Arial"/>
                <w:sz w:val="20"/>
                <w:szCs w:val="24"/>
              </w:rPr>
            </w:pPr>
          </w:p>
          <w:p w14:paraId="238A564A" w14:textId="77777777" w:rsidR="00EC4689" w:rsidRDefault="00EC4689" w:rsidP="00DF0D67">
            <w:pPr>
              <w:rPr>
                <w:rFonts w:ascii="Arial" w:hAnsi="Arial" w:cs="Arial"/>
                <w:sz w:val="20"/>
                <w:szCs w:val="24"/>
              </w:rPr>
            </w:pPr>
          </w:p>
          <w:p w14:paraId="20E29743" w14:textId="77777777" w:rsidR="00EC4689" w:rsidRPr="00F53E99" w:rsidRDefault="00EC4689" w:rsidP="00DF0D67">
            <w:pPr>
              <w:rPr>
                <w:rFonts w:ascii="Arial" w:hAnsi="Arial" w:cs="Arial"/>
                <w:sz w:val="20"/>
                <w:szCs w:val="24"/>
              </w:rPr>
            </w:pPr>
          </w:p>
          <w:p w14:paraId="13538E63" w14:textId="77777777" w:rsidR="000E04F0" w:rsidRPr="00F53E99" w:rsidRDefault="000E04F0" w:rsidP="00DF0D67">
            <w:pPr>
              <w:rPr>
                <w:rFonts w:ascii="Arial" w:hAnsi="Arial" w:cs="Arial"/>
                <w:sz w:val="20"/>
                <w:szCs w:val="24"/>
              </w:rPr>
            </w:pPr>
          </w:p>
          <w:p w14:paraId="5B12AAA2" w14:textId="77777777" w:rsidR="000E04F0" w:rsidRPr="00F53E99" w:rsidRDefault="000E04F0" w:rsidP="00DF0D67">
            <w:pPr>
              <w:rPr>
                <w:rFonts w:ascii="Arial" w:hAnsi="Arial" w:cs="Arial"/>
                <w:sz w:val="20"/>
                <w:szCs w:val="24"/>
              </w:rPr>
            </w:pPr>
          </w:p>
          <w:p w14:paraId="343340E5" w14:textId="77777777" w:rsidR="000E04F0" w:rsidRPr="00F53E99" w:rsidRDefault="000E04F0" w:rsidP="00DF0D67">
            <w:pPr>
              <w:rPr>
                <w:rFonts w:ascii="Arial" w:hAnsi="Arial" w:cs="Arial"/>
                <w:sz w:val="20"/>
                <w:szCs w:val="24"/>
              </w:rPr>
            </w:pPr>
          </w:p>
          <w:p w14:paraId="4C040402" w14:textId="77777777" w:rsidR="000E04F0" w:rsidRPr="00F53E99" w:rsidRDefault="000E04F0" w:rsidP="00DF0D67">
            <w:pPr>
              <w:rPr>
                <w:rFonts w:ascii="Arial" w:hAnsi="Arial" w:cs="Arial"/>
                <w:sz w:val="20"/>
                <w:szCs w:val="24"/>
              </w:rPr>
            </w:pPr>
          </w:p>
          <w:p w14:paraId="0549771C" w14:textId="77777777" w:rsidR="000E04F0" w:rsidRPr="00F53E99" w:rsidRDefault="000E04F0" w:rsidP="00DF0D67">
            <w:pPr>
              <w:rPr>
                <w:rFonts w:ascii="Arial" w:hAnsi="Arial" w:cs="Arial"/>
                <w:sz w:val="20"/>
                <w:szCs w:val="24"/>
              </w:rPr>
            </w:pPr>
          </w:p>
          <w:p w14:paraId="1EA813CA" w14:textId="77777777" w:rsidR="000E04F0" w:rsidRPr="00F53E99" w:rsidRDefault="000E04F0" w:rsidP="00DF0D67">
            <w:pPr>
              <w:rPr>
                <w:rFonts w:ascii="Arial" w:hAnsi="Arial" w:cs="Arial"/>
                <w:sz w:val="20"/>
                <w:szCs w:val="24"/>
              </w:rPr>
            </w:pPr>
          </w:p>
          <w:p w14:paraId="0D692B15" w14:textId="77777777" w:rsidR="000E04F0" w:rsidRPr="00F53E99" w:rsidRDefault="000E04F0" w:rsidP="00DF0D67">
            <w:pPr>
              <w:rPr>
                <w:rFonts w:ascii="Arial" w:hAnsi="Arial" w:cs="Arial"/>
                <w:sz w:val="20"/>
                <w:szCs w:val="24"/>
              </w:rPr>
            </w:pPr>
          </w:p>
          <w:p w14:paraId="7D18B052" w14:textId="078A2DF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15D4A42D" w14:textId="77777777" w:rsidR="00F4538D" w:rsidRPr="00F53E99" w:rsidRDefault="00F4538D" w:rsidP="00F551EE">
      <w:pPr>
        <w:jc w:val="both"/>
        <w:rPr>
          <w:rFonts w:ascii="Arial" w:hAnsi="Arial" w:cs="Arial"/>
        </w:rPr>
      </w:pPr>
    </w:p>
    <w:p w14:paraId="02AF410C" w14:textId="26471149" w:rsidR="00666E67" w:rsidRPr="00F53E99" w:rsidRDefault="00666E67" w:rsidP="00666E67">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Documentación</w:t>
      </w:r>
      <w:r w:rsidR="00E56E57" w:rsidRPr="00F53E99">
        <w:rPr>
          <w:rFonts w:ascii="Arial" w:eastAsia="Albert Sans" w:hAnsi="Arial" w:cs="Arial"/>
          <w:color w:val="00426A"/>
        </w:rPr>
        <w:t xml:space="preserve"> obrigatoria</w:t>
      </w:r>
      <w:r w:rsidRPr="00F53E99">
        <w:rPr>
          <w:rFonts w:ascii="Arial" w:eastAsia="Albert Sans" w:hAnsi="Arial" w:cs="Arial"/>
          <w:color w:val="00426A"/>
        </w:rPr>
        <w:t xml:space="preserve"> que acompaña a solicitude</w:t>
      </w:r>
    </w:p>
    <w:p w14:paraId="075C0FA4" w14:textId="6CA0CB35" w:rsidR="00060BEF" w:rsidRPr="00F53E99" w:rsidRDefault="00060BEF" w:rsidP="00060BEF">
      <w:pPr>
        <w:spacing w:after="120"/>
        <w:jc w:val="both"/>
        <w:rPr>
          <w:rFonts w:ascii="Arial" w:hAnsi="Arial" w:cs="Arial"/>
          <w:sz w:val="24"/>
          <w:szCs w:val="32"/>
        </w:rPr>
      </w:pPr>
    </w:p>
    <w:tbl>
      <w:tblPr>
        <w:tblStyle w:val="Tablaconcuadrcula"/>
        <w:tblW w:w="0" w:type="auto"/>
        <w:jc w:val="center"/>
        <w:tblLook w:val="04A0" w:firstRow="1" w:lastRow="0" w:firstColumn="1" w:lastColumn="0" w:noHBand="0" w:noVBand="1"/>
      </w:tblPr>
      <w:tblGrid>
        <w:gridCol w:w="9634"/>
      </w:tblGrid>
      <w:tr w:rsidR="004D5C1D" w:rsidRPr="00F53E99" w14:paraId="2AA35CCA" w14:textId="77777777" w:rsidTr="0038792A">
        <w:trPr>
          <w:tblHeader/>
          <w:jc w:val="center"/>
        </w:trPr>
        <w:tc>
          <w:tcPr>
            <w:tcW w:w="9634" w:type="dxa"/>
            <w:shd w:val="clear" w:color="auto" w:fill="00859B"/>
            <w:vAlign w:val="center"/>
          </w:tcPr>
          <w:p w14:paraId="0DEBD051" w14:textId="77777777" w:rsidR="004D5C1D" w:rsidRPr="00F53E99" w:rsidRDefault="004D5C1D" w:rsidP="004D5C1D">
            <w:pPr>
              <w:jc w:val="center"/>
              <w:rPr>
                <w:rFonts w:ascii="Arial" w:hAnsi="Arial" w:cs="Arial"/>
                <w:sz w:val="22"/>
                <w:szCs w:val="32"/>
              </w:rPr>
            </w:pPr>
            <w:r w:rsidRPr="00F53E99">
              <w:rPr>
                <w:rFonts w:ascii="Arial" w:hAnsi="Arial" w:cs="Arial"/>
                <w:b/>
                <w:color w:val="FFFFFF"/>
                <w:sz w:val="22"/>
                <w:szCs w:val="32"/>
              </w:rPr>
              <w:t>Documentación</w:t>
            </w:r>
          </w:p>
        </w:tc>
      </w:tr>
      <w:tr w:rsidR="002736A1" w:rsidRPr="00F53E99" w14:paraId="3AE96ABD" w14:textId="77777777" w:rsidTr="0038792A">
        <w:trPr>
          <w:jc w:val="center"/>
        </w:trPr>
        <w:tc>
          <w:tcPr>
            <w:tcW w:w="9634" w:type="dxa"/>
            <w:vAlign w:val="center"/>
          </w:tcPr>
          <w:p w14:paraId="15500C02" w14:textId="2F41FD0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Copia do NIF/CIF</w:t>
            </w:r>
          </w:p>
        </w:tc>
      </w:tr>
      <w:tr w:rsidR="002736A1" w:rsidRPr="00F53E99" w14:paraId="3B756FF4" w14:textId="77777777" w:rsidTr="0038792A">
        <w:trPr>
          <w:jc w:val="center"/>
        </w:trPr>
        <w:tc>
          <w:tcPr>
            <w:tcW w:w="9634" w:type="dxa"/>
            <w:vAlign w:val="center"/>
          </w:tcPr>
          <w:p w14:paraId="4048947E" w14:textId="2D86B864"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Documentación acreditativa do poder de representación (en caso de ser persoa xurídica)</w:t>
            </w:r>
          </w:p>
        </w:tc>
      </w:tr>
      <w:tr w:rsidR="002736A1" w:rsidRPr="00F53E99" w14:paraId="2444E74A" w14:textId="77777777" w:rsidTr="0038792A">
        <w:trPr>
          <w:jc w:val="center"/>
        </w:trPr>
        <w:tc>
          <w:tcPr>
            <w:tcW w:w="9634" w:type="dxa"/>
            <w:vAlign w:val="center"/>
          </w:tcPr>
          <w:p w14:paraId="03F33500" w14:textId="245CA87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Licenza ou título habilitante da actividade</w:t>
            </w:r>
          </w:p>
        </w:tc>
      </w:tr>
      <w:tr w:rsidR="002736A1" w:rsidRPr="00F53E99" w14:paraId="5E9C2E4C" w14:textId="77777777" w:rsidTr="0038792A">
        <w:trPr>
          <w:jc w:val="center"/>
        </w:trPr>
        <w:tc>
          <w:tcPr>
            <w:tcW w:w="9634" w:type="dxa"/>
            <w:vAlign w:val="center"/>
          </w:tcPr>
          <w:p w14:paraId="3113C5E8" w14:textId="25F321C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Certificado de alta no Imposto de Actividades Económicas (IAE) ou certificado de situación censal</w:t>
            </w:r>
          </w:p>
        </w:tc>
      </w:tr>
      <w:tr w:rsidR="002736A1" w:rsidRPr="00F53E99" w14:paraId="18C0E969" w14:textId="77777777" w:rsidTr="0038792A">
        <w:trPr>
          <w:jc w:val="center"/>
        </w:trPr>
        <w:tc>
          <w:tcPr>
            <w:tcW w:w="9634" w:type="dxa"/>
            <w:vAlign w:val="center"/>
          </w:tcPr>
          <w:p w14:paraId="76CC5AB6" w14:textId="1377252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Inscrición no Rexistro de Empresas e Actividades Turísticas de Galicia (REAT), se procede</w:t>
            </w:r>
          </w:p>
        </w:tc>
      </w:tr>
    </w:tbl>
    <w:p w14:paraId="61707D21" w14:textId="6FABF297" w:rsidR="001242F5" w:rsidRPr="00F53E99" w:rsidRDefault="001242F5"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Declaración responsable</w:t>
      </w:r>
    </w:p>
    <w:p w14:paraId="57F30787" w14:textId="18544F87" w:rsidR="00CE3811" w:rsidRPr="00F53E99" w:rsidRDefault="00CE3811" w:rsidP="00CE3811">
      <w:pPr>
        <w:spacing w:after="120"/>
        <w:jc w:val="both"/>
        <w:rPr>
          <w:rFonts w:ascii="Arial" w:hAnsi="Arial" w:cs="Arial"/>
          <w:sz w:val="22"/>
          <w:szCs w:val="28"/>
        </w:rPr>
      </w:pPr>
      <w:r w:rsidRPr="00F53E99">
        <w:rPr>
          <w:rFonts w:ascii="Arial" w:hAnsi="Arial" w:cs="Arial"/>
          <w:sz w:val="22"/>
          <w:szCs w:val="28"/>
        </w:rPr>
        <w:t xml:space="preserve">Coa presentación </w:t>
      </w:r>
      <w:r w:rsidR="00241968" w:rsidRPr="00F53E99">
        <w:rPr>
          <w:rFonts w:ascii="Arial" w:hAnsi="Arial" w:cs="Arial"/>
          <w:sz w:val="22"/>
          <w:szCs w:val="28"/>
        </w:rPr>
        <w:t>do presente formulario de adhesión asinado, vostede declara responsablemente que:</w:t>
      </w:r>
    </w:p>
    <w:p w14:paraId="536245E7" w14:textId="290F5EFC" w:rsidR="00F20447" w:rsidRPr="00F53E99" w:rsidRDefault="00B32FBB"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A entidade á que representa cumpre estritamente coa normativa sectorial aplicable á súa actividade</w:t>
      </w:r>
      <w:r w:rsidR="00616C6C" w:rsidRPr="00F53E99">
        <w:rPr>
          <w:rFonts w:ascii="Arial" w:hAnsi="Arial" w:cs="Arial"/>
          <w:sz w:val="22"/>
          <w:szCs w:val="28"/>
        </w:rPr>
        <w:t xml:space="preserve"> e atópase ao corrente das obrigas tributarias e coa Seguridade Social.</w:t>
      </w:r>
    </w:p>
    <w:p w14:paraId="3D45B6FE" w14:textId="77777777" w:rsidR="006B3838" w:rsidRPr="00F53E99" w:rsidRDefault="006B3838"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Cumpre cos requirimentos obrigatorios comúns, estipulados no artigo 12 do regulamento; cos requirimentos obrigatorios específicos para a súa tipoloxía de entidade, establecidos no apartado 6 do presente formulario; así como co mínimo do 25% do requisitos avaliables relativos á súa categoría, tamén definidos no apartado 6 deste formulario.</w:t>
      </w:r>
    </w:p>
    <w:p w14:paraId="79B7EC67" w14:textId="573125B8" w:rsidR="00374387" w:rsidRDefault="00374387" w:rsidP="009E0CEA">
      <w:pPr>
        <w:pStyle w:val="Prrafodelista"/>
        <w:numPr>
          <w:ilvl w:val="0"/>
          <w:numId w:val="11"/>
        </w:numPr>
        <w:spacing w:before="120" w:after="120"/>
        <w:ind w:left="714" w:hanging="357"/>
        <w:contextualSpacing w:val="0"/>
        <w:jc w:val="both"/>
        <w:rPr>
          <w:rFonts w:ascii="Arial" w:hAnsi="Arial" w:cs="Arial"/>
          <w:sz w:val="22"/>
          <w:szCs w:val="28"/>
        </w:rPr>
      </w:pPr>
      <w:r>
        <w:rPr>
          <w:rFonts w:ascii="Arial" w:hAnsi="Arial" w:cs="Arial"/>
          <w:sz w:val="22"/>
          <w:szCs w:val="28"/>
        </w:rPr>
        <w:t xml:space="preserve">Se compromete a dar cumprimento </w:t>
      </w:r>
      <w:r w:rsidR="005402F2">
        <w:rPr>
          <w:rFonts w:ascii="Arial" w:hAnsi="Arial" w:cs="Arial"/>
          <w:sz w:val="22"/>
          <w:szCs w:val="28"/>
        </w:rPr>
        <w:t xml:space="preserve">ás disposicións, procedementos e condicións </w:t>
      </w:r>
      <w:r w:rsidR="00F666E4">
        <w:rPr>
          <w:rFonts w:ascii="Arial" w:hAnsi="Arial" w:cs="Arial"/>
          <w:sz w:val="22"/>
          <w:szCs w:val="28"/>
        </w:rPr>
        <w:t>previstas no regulamento que resulten aplicables á súa adhesión, permanencia e participación no Club, e en particular a aquelas estipuladas no artigo 22 como obrigas</w:t>
      </w:r>
      <w:r w:rsidR="00444489">
        <w:rPr>
          <w:rFonts w:ascii="Arial" w:hAnsi="Arial" w:cs="Arial"/>
          <w:sz w:val="22"/>
          <w:szCs w:val="28"/>
        </w:rPr>
        <w:t xml:space="preserve"> </w:t>
      </w:r>
      <w:r w:rsidR="007D2C2F">
        <w:rPr>
          <w:rFonts w:ascii="Arial" w:hAnsi="Arial" w:cs="Arial"/>
          <w:sz w:val="22"/>
          <w:szCs w:val="28"/>
        </w:rPr>
        <w:t xml:space="preserve">das entidades adheridas. Concretamente: </w:t>
      </w:r>
    </w:p>
    <w:p w14:paraId="22F4107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Manter durante toda a vixencia da adhesión o cumprimento dos requirimentos obrigatorios aplicables á súa tipoloxía.</w:t>
      </w:r>
    </w:p>
    <w:p w14:paraId="082928A3"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Conservar o nivel mínimo de cumprimento dos requirimentos avaliables establecido neste regulamento.</w:t>
      </w:r>
    </w:p>
    <w:p w14:paraId="2E08A28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Facilitar ao ente xestor información veraz, completa e actualizada sobre a súa actividade, servizos, produtos, datos de contacto e demais aspectos relevantes para a xestión e promoción do Club.</w:t>
      </w:r>
    </w:p>
    <w:p w14:paraId="1C50AA94"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Comunicar calquera modificación significativa que poida afectar á súa condición de entidade adherida, á súa tipoloxía de adhesión ou á coherencia da súa participación no Club.</w:t>
      </w:r>
    </w:p>
    <w:p w14:paraId="5DACC1D0"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Colaborar nos procesos de acreditación, renovación, seguimento ou verificación previstos neste regulamento.</w:t>
      </w:r>
    </w:p>
    <w:p w14:paraId="47941E6E"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Utilizar correctamente a marca e a identidade visual do Club, respectando as condicións establecidas no manual de identidade e nas indicacións do ente xestor.</w:t>
      </w:r>
    </w:p>
    <w:p w14:paraId="186041F2"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Participar, na medida das súas posibilidades, nas accións de cooperación, dinamización, promoción, formación ou creación de produto impulsadas no marco do Club.</w:t>
      </w:r>
    </w:p>
    <w:p w14:paraId="3FCEAE8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Favorecer a cooperación con outras entidades adheridas, especialmente mediante a recomendación cruzada, a participación en experiencias compartidas ou a integración en propostas vinculadas ao territorio.</w:t>
      </w:r>
    </w:p>
    <w:p w14:paraId="770AC4DD"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Contribuír á valorización turística de Galicia Suroeste mediante unha atención adecuada ás persoas visitantes, unha información coherente sobre o territorio e unha actitude de colaboración coa finalidade do Club.</w:t>
      </w:r>
    </w:p>
    <w:p w14:paraId="732F3F3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Respectar a normativa sectorial, laboral, fiscal, sanitaria, ambiental, de consumo, accesibilidade e demais disposicións que resulten aplicables ao desenvolvemento da súa actividade.</w:t>
      </w:r>
    </w:p>
    <w:p w14:paraId="76999877"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Evitar actuacións que poidan prexudicar a imaxe, a reputación ou a coherencia do Club de Produto Galicia Suroeste.</w:t>
      </w:r>
    </w:p>
    <w:p w14:paraId="3E581764" w14:textId="58ABE564" w:rsidR="001B671D" w:rsidRPr="00F53E99" w:rsidRDefault="00344C1A" w:rsidP="001B671D">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Requirimentos</w:t>
      </w:r>
    </w:p>
    <w:p w14:paraId="65B9E13D" w14:textId="77777777" w:rsidR="001C1F4C" w:rsidRPr="00F53E99" w:rsidRDefault="001C1F4C" w:rsidP="00CE3811"/>
    <w:tbl>
      <w:tblPr>
        <w:tblStyle w:val="Tablaconcuadrcula"/>
        <w:tblW w:w="0" w:type="auto"/>
        <w:jc w:val="center"/>
        <w:tblLook w:val="04A0" w:firstRow="1" w:lastRow="0" w:firstColumn="1" w:lastColumn="0" w:noHBand="0" w:noVBand="1"/>
      </w:tblPr>
      <w:tblGrid>
        <w:gridCol w:w="10200"/>
      </w:tblGrid>
      <w:tr w:rsidR="00145331" w:rsidRPr="00145331" w14:paraId="1EFBB48F" w14:textId="77777777" w:rsidTr="00191886">
        <w:trPr>
          <w:jc w:val="center"/>
        </w:trPr>
        <w:tc>
          <w:tcPr>
            <w:tcW w:w="10200" w:type="dxa"/>
            <w:shd w:val="clear" w:color="auto" w:fill="008C95"/>
          </w:tcPr>
          <w:p w14:paraId="73E478D0" w14:textId="77777777" w:rsidR="00145331" w:rsidRPr="00145331" w:rsidRDefault="00145331" w:rsidP="00191886">
            <w:pPr>
              <w:jc w:val="center"/>
              <w:rPr>
                <w:rFonts w:ascii="Arial" w:hAnsi="Arial" w:cs="Arial"/>
                <w:sz w:val="22"/>
              </w:rPr>
            </w:pPr>
            <w:r w:rsidRPr="00145331">
              <w:rPr>
                <w:rFonts w:ascii="Arial" w:hAnsi="Arial" w:cs="Arial"/>
                <w:b/>
                <w:color w:val="FFFFFF"/>
                <w:sz w:val="22"/>
              </w:rPr>
              <w:t>Requirimentos obrigatorios específicos</w:t>
            </w:r>
          </w:p>
        </w:tc>
      </w:tr>
      <w:tr w:rsidR="00145331" w:rsidRPr="00145331" w14:paraId="7B1E70EB" w14:textId="77777777" w:rsidTr="00191886">
        <w:trPr>
          <w:jc w:val="center"/>
        </w:trPr>
        <w:tc>
          <w:tcPr>
            <w:tcW w:w="10200" w:type="dxa"/>
            <w:vAlign w:val="center"/>
          </w:tcPr>
          <w:p w14:paraId="394A8221" w14:textId="77777777" w:rsidR="00145331" w:rsidRPr="00145331" w:rsidRDefault="00145331" w:rsidP="00145331">
            <w:pPr>
              <w:spacing w:after="240"/>
              <w:rPr>
                <w:rFonts w:ascii="Arial" w:hAnsi="Arial" w:cs="Arial"/>
                <w:sz w:val="22"/>
              </w:rPr>
            </w:pPr>
            <w:r w:rsidRPr="00145331">
              <w:rPr>
                <w:rFonts w:ascii="Arial" w:hAnsi="Arial" w:cs="Arial"/>
                <w:sz w:val="22"/>
              </w:rPr>
              <w:t xml:space="preserve">1. Inscrición no Rexistro de empresas e actividades turísticas (REAT) nunha das seguintes categorías: </w:t>
            </w:r>
            <w:r w:rsidRPr="00145331">
              <w:rPr>
                <w:rFonts w:ascii="Arial" w:hAnsi="Arial" w:cs="Arial"/>
                <w:bCs/>
                <w:sz w:val="22"/>
              </w:rPr>
              <w:t>hoteis, pensións, apartamentos turísticos, aloxamentos de turismo rural, campings, albergues turísticos ou vivendas turísticas.</w:t>
            </w:r>
            <w:r w:rsidRPr="00145331">
              <w:rPr>
                <w:rFonts w:ascii="Arial" w:hAnsi="Arial" w:cs="Arial"/>
                <w:sz w:val="22"/>
              </w:rPr>
              <w:t xml:space="preserve"> </w:t>
            </w:r>
          </w:p>
          <w:p w14:paraId="7A6EFDF5" w14:textId="77777777" w:rsidR="00145331" w:rsidRPr="00145331" w:rsidRDefault="00145331" w:rsidP="00145331">
            <w:pPr>
              <w:spacing w:after="240"/>
              <w:rPr>
                <w:rFonts w:ascii="Arial" w:hAnsi="Arial" w:cs="Arial"/>
                <w:sz w:val="22"/>
              </w:rPr>
            </w:pPr>
            <w:r w:rsidRPr="00145331">
              <w:rPr>
                <w:rFonts w:ascii="Arial" w:hAnsi="Arial" w:cs="Arial"/>
                <w:sz w:val="22"/>
              </w:rPr>
              <w:t>2. Sinalización exterior visible e identificable, cando a normativa aplicable e as condicións do inmoble o permitan.</w:t>
            </w:r>
          </w:p>
          <w:p w14:paraId="0F119545" w14:textId="77777777" w:rsidR="00145331" w:rsidRPr="00145331" w:rsidRDefault="00145331" w:rsidP="00145331">
            <w:pPr>
              <w:spacing w:after="240"/>
              <w:rPr>
                <w:rFonts w:ascii="Arial" w:hAnsi="Arial" w:cs="Arial"/>
                <w:sz w:val="22"/>
              </w:rPr>
            </w:pPr>
            <w:r w:rsidRPr="00145331">
              <w:rPr>
                <w:rFonts w:ascii="Arial" w:hAnsi="Arial" w:cs="Arial"/>
                <w:sz w:val="22"/>
              </w:rPr>
              <w:t>3. Dispoñibilidade dun sistema básico de atención á clientela, presencial ou non presencial, que permita resolver consultas sobre a estadía, os servizos do establecemento e a información turística básica do territorio.</w:t>
            </w:r>
          </w:p>
          <w:p w14:paraId="309835E2" w14:textId="77777777" w:rsidR="00145331" w:rsidRPr="00145331" w:rsidRDefault="00145331" w:rsidP="00145331">
            <w:pPr>
              <w:spacing w:after="240"/>
              <w:rPr>
                <w:rFonts w:ascii="Arial" w:hAnsi="Arial" w:cs="Arial"/>
                <w:sz w:val="22"/>
              </w:rPr>
            </w:pPr>
            <w:r w:rsidRPr="00145331">
              <w:rPr>
                <w:rFonts w:ascii="Arial" w:hAnsi="Arial" w:cs="Arial"/>
                <w:sz w:val="22"/>
              </w:rPr>
              <w:t>4. Dispoñibilidade efectiva de pagamento con tarxeta ou outro medio electrónico equivalente.</w:t>
            </w:r>
          </w:p>
          <w:p w14:paraId="5A57F352" w14:textId="77777777" w:rsidR="00145331" w:rsidRPr="00145331" w:rsidRDefault="00145331" w:rsidP="00145331">
            <w:pPr>
              <w:spacing w:after="240"/>
              <w:rPr>
                <w:rFonts w:ascii="Arial" w:hAnsi="Arial" w:cs="Arial"/>
                <w:sz w:val="22"/>
              </w:rPr>
            </w:pPr>
            <w:r w:rsidRPr="00145331">
              <w:rPr>
                <w:rFonts w:ascii="Arial" w:hAnsi="Arial" w:cs="Arial"/>
                <w:sz w:val="22"/>
              </w:rPr>
              <w:t>5. Dispoñibilidade de información básica e actualizada sobre recursos turísticos situados no territorio de Galicia Suroeste, en soporte físico ou dixital, para a súa entrega ou consulta polas persoas visitantes.</w:t>
            </w:r>
          </w:p>
        </w:tc>
      </w:tr>
    </w:tbl>
    <w:p w14:paraId="08EC7F83" w14:textId="77777777" w:rsidR="00145331" w:rsidRDefault="00145331" w:rsidP="00142486">
      <w:pPr>
        <w:spacing w:after="120"/>
        <w:jc w:val="both"/>
        <w:rPr>
          <w:rFonts w:ascii="Arial" w:hAnsi="Arial" w:cs="Arial"/>
          <w:sz w:val="22"/>
          <w:szCs w:val="28"/>
        </w:rPr>
      </w:pPr>
    </w:p>
    <w:p w14:paraId="37E2A89C" w14:textId="1DD82ABE" w:rsidR="00142486" w:rsidRPr="00F53E99" w:rsidRDefault="00142486" w:rsidP="00142486">
      <w:pPr>
        <w:spacing w:after="120"/>
        <w:jc w:val="both"/>
        <w:rPr>
          <w:rFonts w:ascii="Arial" w:hAnsi="Arial" w:cs="Arial"/>
          <w:sz w:val="22"/>
          <w:szCs w:val="28"/>
        </w:rPr>
      </w:pPr>
      <w:r w:rsidRPr="00F53E99">
        <w:rPr>
          <w:rFonts w:ascii="Arial" w:hAnsi="Arial" w:cs="Arial"/>
          <w:sz w:val="22"/>
          <w:szCs w:val="28"/>
        </w:rPr>
        <w:t>Marque cun X os requisitos avaliables que cumpre:</w:t>
      </w:r>
    </w:p>
    <w:p w14:paraId="431C2203" w14:textId="704C5B20" w:rsidR="00C86FC1" w:rsidRPr="00F53E99" w:rsidRDefault="00C86FC1" w:rsidP="00CE3811"/>
    <w:tbl>
      <w:tblPr>
        <w:tblStyle w:val="Tablaconcuadrcula"/>
        <w:tblW w:w="0" w:type="auto"/>
        <w:jc w:val="center"/>
        <w:tblLook w:val="04A0" w:firstRow="1" w:lastRow="0" w:firstColumn="1" w:lastColumn="0" w:noHBand="0" w:noVBand="1"/>
      </w:tblPr>
      <w:tblGrid>
        <w:gridCol w:w="2256"/>
        <w:gridCol w:w="7222"/>
        <w:gridCol w:w="938"/>
      </w:tblGrid>
      <w:tr w:rsidR="00142486" w:rsidRPr="00F53E99" w14:paraId="29B3CFA6" w14:textId="623681D0" w:rsidTr="00142486">
        <w:trPr>
          <w:jc w:val="center"/>
        </w:trPr>
        <w:tc>
          <w:tcPr>
            <w:tcW w:w="2268" w:type="dxa"/>
            <w:shd w:val="clear" w:color="auto" w:fill="008C95"/>
            <w:vAlign w:val="center"/>
          </w:tcPr>
          <w:p w14:paraId="0F231F55" w14:textId="77777777" w:rsidR="00142486" w:rsidRPr="00F53E99" w:rsidRDefault="00142486" w:rsidP="00132FE2">
            <w:pPr>
              <w:rPr>
                <w:rFonts w:ascii="Arial" w:hAnsi="Arial" w:cs="Arial"/>
                <w:sz w:val="22"/>
              </w:rPr>
            </w:pPr>
            <w:r w:rsidRPr="00F53E99">
              <w:rPr>
                <w:rFonts w:ascii="Arial" w:hAnsi="Arial" w:cs="Arial"/>
                <w:b/>
                <w:color w:val="FFFFFF"/>
                <w:sz w:val="22"/>
              </w:rPr>
              <w:t>Ámbito</w:t>
            </w:r>
          </w:p>
        </w:tc>
        <w:tc>
          <w:tcPr>
            <w:tcW w:w="7508" w:type="dxa"/>
            <w:tcBorders>
              <w:bottom w:val="single" w:sz="4" w:space="0" w:color="auto"/>
            </w:tcBorders>
            <w:shd w:val="clear" w:color="auto" w:fill="008C95"/>
            <w:vAlign w:val="center"/>
          </w:tcPr>
          <w:p w14:paraId="5175A7D1" w14:textId="77777777" w:rsidR="00142486" w:rsidRPr="00F53E99" w:rsidRDefault="00142486" w:rsidP="00132FE2">
            <w:pPr>
              <w:rPr>
                <w:rFonts w:ascii="Arial" w:hAnsi="Arial" w:cs="Arial"/>
                <w:sz w:val="22"/>
              </w:rPr>
            </w:pPr>
            <w:r w:rsidRPr="00F53E99">
              <w:rPr>
                <w:rFonts w:ascii="Arial" w:hAnsi="Arial" w:cs="Arial"/>
                <w:b/>
                <w:color w:val="FFFFFF"/>
                <w:sz w:val="22"/>
              </w:rPr>
              <w:t>Requirimentos avaliables (cumprimento dun mínimo do 25%)</w:t>
            </w:r>
          </w:p>
        </w:tc>
        <w:tc>
          <w:tcPr>
            <w:tcW w:w="640" w:type="dxa"/>
            <w:tcBorders>
              <w:bottom w:val="single" w:sz="4" w:space="0" w:color="auto"/>
            </w:tcBorders>
            <w:shd w:val="clear" w:color="auto" w:fill="008C95"/>
          </w:tcPr>
          <w:p w14:paraId="601EEF5D" w14:textId="46BF2667" w:rsidR="00142486" w:rsidRPr="00F53E99" w:rsidRDefault="00DF0D67" w:rsidP="00132FE2">
            <w:pPr>
              <w:rPr>
                <w:rFonts w:ascii="Arial" w:hAnsi="Arial" w:cs="Arial"/>
                <w:b/>
                <w:color w:val="FFFFFF"/>
                <w:sz w:val="22"/>
              </w:rPr>
            </w:pPr>
            <w:r>
              <w:rPr>
                <w:rFonts w:ascii="Arial" w:hAnsi="Arial" w:cs="Arial"/>
                <w:b/>
                <w:color w:val="FFFFFF"/>
                <w:sz w:val="22"/>
              </w:rPr>
              <w:t>Marcar</w:t>
            </w:r>
          </w:p>
        </w:tc>
      </w:tr>
      <w:tr w:rsidR="00142486" w:rsidRPr="00F53E99" w14:paraId="20B3CA51" w14:textId="011F52B2" w:rsidTr="00F43281">
        <w:trPr>
          <w:jc w:val="center"/>
        </w:trPr>
        <w:tc>
          <w:tcPr>
            <w:tcW w:w="2268" w:type="dxa"/>
            <w:vMerge w:val="restart"/>
            <w:tcBorders>
              <w:right w:val="single" w:sz="4" w:space="0" w:color="auto"/>
            </w:tcBorders>
            <w:shd w:val="clear" w:color="auto" w:fill="EAF3F4"/>
            <w:vAlign w:val="center"/>
          </w:tcPr>
          <w:p w14:paraId="7231DB28" w14:textId="77777777" w:rsidR="00142486" w:rsidRPr="00F53E99" w:rsidRDefault="00142486" w:rsidP="00132FE2">
            <w:pPr>
              <w:rPr>
                <w:rFonts w:ascii="Arial" w:hAnsi="Arial" w:cs="Arial"/>
                <w:sz w:val="22"/>
              </w:rPr>
            </w:pPr>
            <w:r w:rsidRPr="00F53E99">
              <w:rPr>
                <w:rFonts w:ascii="Arial" w:hAnsi="Arial" w:cs="Arial"/>
                <w:b/>
                <w:color w:val="003B5C"/>
                <w:sz w:val="22"/>
              </w:rPr>
              <w:t>Produto e territorio</w:t>
            </w:r>
          </w:p>
        </w:tc>
        <w:tc>
          <w:tcPr>
            <w:tcW w:w="7508" w:type="dxa"/>
            <w:tcBorders>
              <w:top w:val="single" w:sz="4" w:space="0" w:color="auto"/>
              <w:left w:val="single" w:sz="4" w:space="0" w:color="auto"/>
              <w:right w:val="single" w:sz="4" w:space="0" w:color="auto"/>
            </w:tcBorders>
            <w:shd w:val="clear" w:color="auto" w:fill="FFFFFF" w:themeFill="background1"/>
            <w:vAlign w:val="center"/>
          </w:tcPr>
          <w:p w14:paraId="7DB19526" w14:textId="77777777" w:rsidR="00142486" w:rsidRPr="00F53E99" w:rsidRDefault="00142486" w:rsidP="00DC71AF">
            <w:pPr>
              <w:spacing w:before="240"/>
              <w:rPr>
                <w:rFonts w:ascii="Arial" w:hAnsi="Arial" w:cs="Arial"/>
                <w:sz w:val="22"/>
              </w:rPr>
            </w:pPr>
            <w:r w:rsidRPr="00F53E99">
              <w:rPr>
                <w:rFonts w:ascii="Arial" w:hAnsi="Arial" w:cs="Arial"/>
                <w:sz w:val="22"/>
              </w:rPr>
              <w:t xml:space="preserve">1. Incorpora de maneira habitual produto local ou de proximidade nos almorzos, servizos complementarios, produtos de cortesía, </w:t>
            </w:r>
            <w:r w:rsidRPr="00F53E99">
              <w:rPr>
                <w:rFonts w:ascii="Arial" w:hAnsi="Arial" w:cs="Arial"/>
                <w:i/>
                <w:iCs/>
                <w:sz w:val="22"/>
              </w:rPr>
              <w:t>amenities</w:t>
            </w:r>
            <w:r w:rsidRPr="00F53E99">
              <w:rPr>
                <w:rFonts w:ascii="Arial" w:hAnsi="Arial" w:cs="Arial"/>
                <w:sz w:val="22"/>
              </w:rPr>
              <w:t xml:space="preserve"> ou propostas gastronómicas propias, cando existan, contribuíndo a visibilizar a produción e identidade territorial de Galicia Suroeste.</w:t>
            </w:r>
          </w:p>
        </w:tc>
        <w:tc>
          <w:tcPr>
            <w:tcW w:w="640" w:type="dxa"/>
            <w:tcBorders>
              <w:top w:val="single" w:sz="4" w:space="0" w:color="auto"/>
              <w:left w:val="single" w:sz="4" w:space="0" w:color="auto"/>
              <w:right w:val="single" w:sz="4" w:space="0" w:color="auto"/>
            </w:tcBorders>
            <w:shd w:val="clear" w:color="auto" w:fill="FFFFFF" w:themeFill="background1"/>
            <w:vAlign w:val="center"/>
          </w:tcPr>
          <w:p w14:paraId="29B420A0" w14:textId="43BE6EAB" w:rsidR="00142486" w:rsidRPr="00F53E99" w:rsidRDefault="00142486" w:rsidP="00F43281">
            <w:pPr>
              <w:jc w:val="center"/>
              <w:rPr>
                <w:rFonts w:ascii="Arial" w:hAnsi="Arial" w:cs="Arial"/>
                <w:sz w:val="22"/>
              </w:rPr>
            </w:pPr>
          </w:p>
        </w:tc>
      </w:tr>
      <w:tr w:rsidR="00142486" w:rsidRPr="00F53E99" w14:paraId="68E1FD02" w14:textId="3227A0BD" w:rsidTr="00F43281">
        <w:trPr>
          <w:jc w:val="center"/>
        </w:trPr>
        <w:tc>
          <w:tcPr>
            <w:tcW w:w="2268" w:type="dxa"/>
            <w:vMerge/>
            <w:tcBorders>
              <w:right w:val="single" w:sz="4" w:space="0" w:color="auto"/>
            </w:tcBorders>
            <w:shd w:val="clear" w:color="auto" w:fill="EAF3F4"/>
            <w:vAlign w:val="center"/>
          </w:tcPr>
          <w:p w14:paraId="2C65547A"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466697FF" w14:textId="77777777" w:rsidR="00142486" w:rsidRPr="00F53E99" w:rsidRDefault="00142486" w:rsidP="00DC71AF">
            <w:pPr>
              <w:spacing w:before="240"/>
              <w:rPr>
                <w:rFonts w:ascii="Arial" w:hAnsi="Arial" w:cs="Arial"/>
                <w:sz w:val="22"/>
              </w:rPr>
            </w:pPr>
            <w:r w:rsidRPr="00F53E99">
              <w:rPr>
                <w:rFonts w:ascii="Arial" w:hAnsi="Arial" w:cs="Arial"/>
                <w:sz w:val="22"/>
              </w:rPr>
              <w:t>2. Facilita á súa clientela información ou recomendacións sobre produtos, servizos, recursos, empresas e/ou experiencias turísticas vinculadas co territorio de Galicia Suroeste, a través do seu persoal, materiais impresos, códigos QR, web, redes sociais ou soportes equivalentes.</w:t>
            </w:r>
          </w:p>
        </w:tc>
        <w:tc>
          <w:tcPr>
            <w:tcW w:w="640" w:type="dxa"/>
            <w:tcBorders>
              <w:left w:val="single" w:sz="4" w:space="0" w:color="auto"/>
              <w:right w:val="single" w:sz="4" w:space="0" w:color="auto"/>
            </w:tcBorders>
            <w:shd w:val="clear" w:color="auto" w:fill="FFFFFF" w:themeFill="background1"/>
            <w:vAlign w:val="center"/>
          </w:tcPr>
          <w:p w14:paraId="354E4861" w14:textId="77777777" w:rsidR="00142486" w:rsidRPr="00F53E99" w:rsidRDefault="00142486" w:rsidP="00F43281">
            <w:pPr>
              <w:jc w:val="center"/>
              <w:rPr>
                <w:rFonts w:ascii="Arial" w:hAnsi="Arial" w:cs="Arial"/>
                <w:sz w:val="22"/>
              </w:rPr>
            </w:pPr>
          </w:p>
        </w:tc>
      </w:tr>
      <w:tr w:rsidR="00142486" w:rsidRPr="00F53E99" w14:paraId="33DD746E" w14:textId="64937EF2" w:rsidTr="00F43281">
        <w:trPr>
          <w:jc w:val="center"/>
        </w:trPr>
        <w:tc>
          <w:tcPr>
            <w:tcW w:w="2268" w:type="dxa"/>
            <w:vMerge/>
            <w:tcBorders>
              <w:right w:val="single" w:sz="4" w:space="0" w:color="auto"/>
            </w:tcBorders>
            <w:shd w:val="clear" w:color="auto" w:fill="EAF3F4"/>
            <w:vAlign w:val="center"/>
          </w:tcPr>
          <w:p w14:paraId="40B41ABB"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58724C14" w14:textId="77777777" w:rsidR="00142486" w:rsidRPr="00F53E99" w:rsidRDefault="00142486" w:rsidP="00DC71AF">
            <w:pPr>
              <w:spacing w:before="240"/>
              <w:rPr>
                <w:rFonts w:ascii="Arial" w:hAnsi="Arial" w:cs="Arial"/>
                <w:sz w:val="22"/>
              </w:rPr>
            </w:pPr>
            <w:r w:rsidRPr="00F53E99">
              <w:rPr>
                <w:rFonts w:ascii="Arial" w:hAnsi="Arial" w:cs="Arial"/>
                <w:sz w:val="22"/>
              </w:rPr>
              <w:t>3. Mantén relación ou colaboración con restaurantes, tendas especializadas, industrias agroalimentarias, adegas, viveiros, obradoiros artesáns, actividades turísticas complementarias, axencias de viaxe, guías de turismo, entidades locais ou outros axentes do territorio para a recomendación, derivación ou promoción de servizos e experiencias vinculadas a Galicia Suroeste.</w:t>
            </w:r>
          </w:p>
        </w:tc>
        <w:tc>
          <w:tcPr>
            <w:tcW w:w="640" w:type="dxa"/>
            <w:tcBorders>
              <w:left w:val="single" w:sz="4" w:space="0" w:color="auto"/>
              <w:right w:val="single" w:sz="4" w:space="0" w:color="auto"/>
            </w:tcBorders>
            <w:shd w:val="clear" w:color="auto" w:fill="FFFFFF" w:themeFill="background1"/>
            <w:vAlign w:val="center"/>
          </w:tcPr>
          <w:p w14:paraId="0979FDE8" w14:textId="77777777" w:rsidR="00142486" w:rsidRPr="00F53E99" w:rsidRDefault="00142486" w:rsidP="00F43281">
            <w:pPr>
              <w:jc w:val="center"/>
              <w:rPr>
                <w:rFonts w:ascii="Arial" w:hAnsi="Arial" w:cs="Arial"/>
                <w:sz w:val="22"/>
              </w:rPr>
            </w:pPr>
          </w:p>
        </w:tc>
      </w:tr>
      <w:tr w:rsidR="00142486" w:rsidRPr="00F53E99" w14:paraId="088FCB4E" w14:textId="0299CD24" w:rsidTr="00F43281">
        <w:trPr>
          <w:jc w:val="center"/>
        </w:trPr>
        <w:tc>
          <w:tcPr>
            <w:tcW w:w="2268" w:type="dxa"/>
            <w:vMerge/>
            <w:tcBorders>
              <w:right w:val="single" w:sz="4" w:space="0" w:color="auto"/>
            </w:tcBorders>
            <w:shd w:val="clear" w:color="auto" w:fill="EAF3F4"/>
            <w:vAlign w:val="center"/>
          </w:tcPr>
          <w:p w14:paraId="51C87FA5"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13D5B50F" w14:textId="77777777" w:rsidR="00142486" w:rsidRPr="00F53E99" w:rsidRDefault="00142486" w:rsidP="00DC71AF">
            <w:pPr>
              <w:spacing w:before="240"/>
              <w:rPr>
                <w:rFonts w:ascii="Arial" w:hAnsi="Arial" w:cs="Arial"/>
                <w:sz w:val="22"/>
              </w:rPr>
            </w:pPr>
            <w:r w:rsidRPr="00F53E99">
              <w:rPr>
                <w:rFonts w:ascii="Arial" w:hAnsi="Arial" w:cs="Arial"/>
                <w:sz w:val="22"/>
              </w:rPr>
              <w:t>4. Está integrado en propostas, paquetes, escapadas ou experiencias turísticas combinadas con outras empresas ou axentes locais, contribuíndo á creación de produto turístico no territorio.</w:t>
            </w:r>
          </w:p>
        </w:tc>
        <w:tc>
          <w:tcPr>
            <w:tcW w:w="640" w:type="dxa"/>
            <w:tcBorders>
              <w:left w:val="single" w:sz="4" w:space="0" w:color="auto"/>
              <w:right w:val="single" w:sz="4" w:space="0" w:color="auto"/>
            </w:tcBorders>
            <w:shd w:val="clear" w:color="auto" w:fill="FFFFFF" w:themeFill="background1"/>
            <w:vAlign w:val="center"/>
          </w:tcPr>
          <w:p w14:paraId="615F820B" w14:textId="77777777" w:rsidR="00142486" w:rsidRPr="00F53E99" w:rsidRDefault="00142486" w:rsidP="00F43281">
            <w:pPr>
              <w:jc w:val="center"/>
              <w:rPr>
                <w:rFonts w:ascii="Arial" w:hAnsi="Arial" w:cs="Arial"/>
                <w:sz w:val="22"/>
              </w:rPr>
            </w:pPr>
          </w:p>
        </w:tc>
      </w:tr>
      <w:tr w:rsidR="00142486" w:rsidRPr="00F53E99" w14:paraId="32E5A67E" w14:textId="5F89A1B2" w:rsidTr="00F43281">
        <w:trPr>
          <w:jc w:val="center"/>
        </w:trPr>
        <w:tc>
          <w:tcPr>
            <w:tcW w:w="2268" w:type="dxa"/>
            <w:vMerge w:val="restart"/>
            <w:tcBorders>
              <w:right w:val="single" w:sz="4" w:space="0" w:color="auto"/>
            </w:tcBorders>
            <w:shd w:val="clear" w:color="auto" w:fill="EAF3F4"/>
            <w:vAlign w:val="center"/>
          </w:tcPr>
          <w:p w14:paraId="0F77346C" w14:textId="77777777" w:rsidR="00142486" w:rsidRPr="00F53E99" w:rsidRDefault="00142486" w:rsidP="00132FE2">
            <w:pPr>
              <w:rPr>
                <w:rFonts w:ascii="Arial" w:hAnsi="Arial" w:cs="Arial"/>
                <w:sz w:val="22"/>
              </w:rPr>
            </w:pPr>
            <w:r w:rsidRPr="00F53E99">
              <w:rPr>
                <w:rFonts w:ascii="Arial" w:hAnsi="Arial" w:cs="Arial"/>
                <w:b/>
                <w:color w:val="003B5C"/>
                <w:sz w:val="22"/>
              </w:rPr>
              <w:lastRenderedPageBreak/>
              <w:t>Sostibilidade</w:t>
            </w:r>
          </w:p>
        </w:tc>
        <w:tc>
          <w:tcPr>
            <w:tcW w:w="7508" w:type="dxa"/>
            <w:tcBorders>
              <w:left w:val="single" w:sz="4" w:space="0" w:color="auto"/>
              <w:right w:val="single" w:sz="4" w:space="0" w:color="auto"/>
            </w:tcBorders>
            <w:shd w:val="clear" w:color="auto" w:fill="FFFFFF" w:themeFill="background1"/>
            <w:vAlign w:val="center"/>
          </w:tcPr>
          <w:p w14:paraId="6B22D8D7" w14:textId="77777777" w:rsidR="00142486" w:rsidRPr="00F53E99" w:rsidRDefault="00142486" w:rsidP="00DC71AF">
            <w:pPr>
              <w:spacing w:before="240"/>
              <w:rPr>
                <w:rFonts w:ascii="Arial" w:hAnsi="Arial" w:cs="Arial"/>
                <w:sz w:val="22"/>
              </w:rPr>
            </w:pPr>
            <w:r w:rsidRPr="00F53E99">
              <w:rPr>
                <w:rFonts w:ascii="Arial" w:hAnsi="Arial" w:cs="Arial"/>
                <w:sz w:val="22"/>
              </w:rPr>
              <w:t>5. Conta con medidas implantadas para a redución ou racionalización do consumo enerxético no establecemento e na actividade ordinaria do aloxamento (exemplos: iluminación eficiente, control de climatización, equipamentos eficientes, uso de enerxías renovables ou procedementos internos de aforro).</w:t>
            </w:r>
          </w:p>
        </w:tc>
        <w:tc>
          <w:tcPr>
            <w:tcW w:w="640" w:type="dxa"/>
            <w:tcBorders>
              <w:left w:val="single" w:sz="4" w:space="0" w:color="auto"/>
              <w:right w:val="single" w:sz="4" w:space="0" w:color="auto"/>
            </w:tcBorders>
            <w:shd w:val="clear" w:color="auto" w:fill="FFFFFF" w:themeFill="background1"/>
            <w:vAlign w:val="center"/>
          </w:tcPr>
          <w:p w14:paraId="3E0D1CAE" w14:textId="77777777" w:rsidR="00142486" w:rsidRPr="00F53E99" w:rsidRDefault="00142486" w:rsidP="00F43281">
            <w:pPr>
              <w:jc w:val="center"/>
              <w:rPr>
                <w:rFonts w:ascii="Arial" w:hAnsi="Arial" w:cs="Arial"/>
                <w:sz w:val="22"/>
              </w:rPr>
            </w:pPr>
          </w:p>
        </w:tc>
      </w:tr>
      <w:tr w:rsidR="00142486" w:rsidRPr="00F53E99" w14:paraId="1B775A95" w14:textId="7AA7593F" w:rsidTr="00F43281">
        <w:trPr>
          <w:jc w:val="center"/>
        </w:trPr>
        <w:tc>
          <w:tcPr>
            <w:tcW w:w="2268" w:type="dxa"/>
            <w:vMerge/>
            <w:tcBorders>
              <w:right w:val="single" w:sz="4" w:space="0" w:color="auto"/>
            </w:tcBorders>
            <w:shd w:val="clear" w:color="auto" w:fill="EAF3F4"/>
            <w:vAlign w:val="center"/>
          </w:tcPr>
          <w:p w14:paraId="2F310950"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073F1E3A" w14:textId="77777777" w:rsidR="00142486" w:rsidRPr="00F53E99" w:rsidRDefault="00142486" w:rsidP="00DC71AF">
            <w:pPr>
              <w:spacing w:before="240"/>
              <w:rPr>
                <w:rFonts w:ascii="Arial" w:hAnsi="Arial" w:cs="Arial"/>
                <w:sz w:val="22"/>
              </w:rPr>
            </w:pPr>
            <w:r w:rsidRPr="00F53E99">
              <w:rPr>
                <w:rFonts w:ascii="Arial" w:hAnsi="Arial" w:cs="Arial"/>
                <w:sz w:val="22"/>
              </w:rPr>
              <w:t>6. Conta con medidas implantadas para a redución ou racionalización do consumo de auga no establecemento (exemplos: dispositivos de aforro, control de consumos, detección de fugas, reutilización cando proceda ou información á clientela para favorecer un uso responsable).</w:t>
            </w:r>
          </w:p>
        </w:tc>
        <w:tc>
          <w:tcPr>
            <w:tcW w:w="640" w:type="dxa"/>
            <w:tcBorders>
              <w:left w:val="single" w:sz="4" w:space="0" w:color="auto"/>
              <w:right w:val="single" w:sz="4" w:space="0" w:color="auto"/>
            </w:tcBorders>
            <w:shd w:val="clear" w:color="auto" w:fill="FFFFFF" w:themeFill="background1"/>
            <w:vAlign w:val="center"/>
          </w:tcPr>
          <w:p w14:paraId="0117BE00" w14:textId="77777777" w:rsidR="00142486" w:rsidRPr="00F53E99" w:rsidRDefault="00142486" w:rsidP="00F43281">
            <w:pPr>
              <w:jc w:val="center"/>
              <w:rPr>
                <w:rFonts w:ascii="Arial" w:hAnsi="Arial" w:cs="Arial"/>
                <w:sz w:val="22"/>
              </w:rPr>
            </w:pPr>
          </w:p>
        </w:tc>
      </w:tr>
      <w:tr w:rsidR="00142486" w:rsidRPr="00F53E99" w14:paraId="54EE1BBA" w14:textId="516FB18B" w:rsidTr="00F43281">
        <w:trPr>
          <w:jc w:val="center"/>
        </w:trPr>
        <w:tc>
          <w:tcPr>
            <w:tcW w:w="2268" w:type="dxa"/>
            <w:vMerge/>
            <w:tcBorders>
              <w:right w:val="single" w:sz="4" w:space="0" w:color="auto"/>
            </w:tcBorders>
            <w:shd w:val="clear" w:color="auto" w:fill="EAF3F4"/>
            <w:vAlign w:val="center"/>
          </w:tcPr>
          <w:p w14:paraId="4CDAD2DB"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01D7F567" w14:textId="77777777" w:rsidR="00142486" w:rsidRPr="00F53E99" w:rsidRDefault="00142486" w:rsidP="00DC71AF">
            <w:pPr>
              <w:spacing w:before="240"/>
              <w:rPr>
                <w:rFonts w:ascii="Arial" w:hAnsi="Arial" w:cs="Arial"/>
                <w:sz w:val="22"/>
              </w:rPr>
            </w:pPr>
            <w:r w:rsidRPr="00F53E99">
              <w:rPr>
                <w:rFonts w:ascii="Arial" w:hAnsi="Arial" w:cs="Arial"/>
                <w:sz w:val="22"/>
              </w:rPr>
              <w:t>7. Promove unha estadía responsable no territorio mediante información á clientela sobre mobilidade sostible, uso respectuoso dos recursos locais, conservación do patrimonio natural ou cultural, ou colaboración con iniciativas ambientais, culturais ou sociais de Galicia Suroeste.</w:t>
            </w:r>
          </w:p>
        </w:tc>
        <w:tc>
          <w:tcPr>
            <w:tcW w:w="640" w:type="dxa"/>
            <w:tcBorders>
              <w:left w:val="single" w:sz="4" w:space="0" w:color="auto"/>
              <w:right w:val="single" w:sz="4" w:space="0" w:color="auto"/>
            </w:tcBorders>
            <w:shd w:val="clear" w:color="auto" w:fill="FFFFFF" w:themeFill="background1"/>
            <w:vAlign w:val="center"/>
          </w:tcPr>
          <w:p w14:paraId="44FAF916" w14:textId="77777777" w:rsidR="00142486" w:rsidRPr="00F53E99" w:rsidRDefault="00142486" w:rsidP="00F43281">
            <w:pPr>
              <w:jc w:val="center"/>
              <w:rPr>
                <w:rFonts w:ascii="Arial" w:hAnsi="Arial" w:cs="Arial"/>
                <w:sz w:val="22"/>
              </w:rPr>
            </w:pPr>
          </w:p>
        </w:tc>
      </w:tr>
      <w:tr w:rsidR="00142486" w:rsidRPr="00F53E99" w14:paraId="78922944" w14:textId="105FEE46" w:rsidTr="00F43281">
        <w:trPr>
          <w:jc w:val="center"/>
        </w:trPr>
        <w:tc>
          <w:tcPr>
            <w:tcW w:w="2268" w:type="dxa"/>
            <w:vMerge/>
            <w:tcBorders>
              <w:right w:val="single" w:sz="4" w:space="0" w:color="auto"/>
            </w:tcBorders>
            <w:shd w:val="clear" w:color="auto" w:fill="EAF3F4"/>
            <w:vAlign w:val="center"/>
          </w:tcPr>
          <w:p w14:paraId="4DAA87F6"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222ECD99" w14:textId="77777777" w:rsidR="00142486" w:rsidRPr="00F53E99" w:rsidRDefault="00142486" w:rsidP="00DC71AF">
            <w:pPr>
              <w:spacing w:before="240"/>
              <w:rPr>
                <w:rFonts w:ascii="Arial" w:hAnsi="Arial" w:cs="Arial"/>
                <w:sz w:val="22"/>
              </w:rPr>
            </w:pPr>
            <w:r w:rsidRPr="00F53E99">
              <w:rPr>
                <w:rFonts w:ascii="Arial" w:hAnsi="Arial" w:cs="Arial"/>
                <w:sz w:val="22"/>
              </w:rPr>
              <w:t>8. Dispón dun sistema básico de separación, redución ou correcta xestión dos residuos xerados pola actividade do aloxamento, incluíndo, cando proceda, residuos de limpeza, envases, papel, cartón, vidro, materia orgánica ou outros residuos propios da prestación do servizo.</w:t>
            </w:r>
          </w:p>
        </w:tc>
        <w:tc>
          <w:tcPr>
            <w:tcW w:w="640" w:type="dxa"/>
            <w:tcBorders>
              <w:left w:val="single" w:sz="4" w:space="0" w:color="auto"/>
              <w:right w:val="single" w:sz="4" w:space="0" w:color="auto"/>
            </w:tcBorders>
            <w:shd w:val="clear" w:color="auto" w:fill="FFFFFF" w:themeFill="background1"/>
            <w:vAlign w:val="center"/>
          </w:tcPr>
          <w:p w14:paraId="4B44BCB6" w14:textId="77777777" w:rsidR="00142486" w:rsidRPr="00F53E99" w:rsidRDefault="00142486" w:rsidP="00F43281">
            <w:pPr>
              <w:jc w:val="center"/>
              <w:rPr>
                <w:rFonts w:ascii="Arial" w:hAnsi="Arial" w:cs="Arial"/>
                <w:sz w:val="22"/>
              </w:rPr>
            </w:pPr>
          </w:p>
        </w:tc>
      </w:tr>
      <w:tr w:rsidR="00142486" w:rsidRPr="00F53E99" w14:paraId="2146EEED" w14:textId="21E0E923" w:rsidTr="00F43281">
        <w:trPr>
          <w:jc w:val="center"/>
        </w:trPr>
        <w:tc>
          <w:tcPr>
            <w:tcW w:w="2268" w:type="dxa"/>
            <w:vMerge/>
            <w:tcBorders>
              <w:right w:val="single" w:sz="4" w:space="0" w:color="auto"/>
            </w:tcBorders>
            <w:shd w:val="clear" w:color="auto" w:fill="EAF3F4"/>
            <w:vAlign w:val="center"/>
          </w:tcPr>
          <w:p w14:paraId="1A4608DF"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0BCF0D89" w14:textId="77777777" w:rsidR="00142486" w:rsidRPr="00F53E99" w:rsidRDefault="00142486" w:rsidP="00DC71AF">
            <w:pPr>
              <w:spacing w:before="240"/>
              <w:rPr>
                <w:rFonts w:ascii="Arial" w:hAnsi="Arial" w:cs="Arial"/>
                <w:sz w:val="22"/>
              </w:rPr>
            </w:pPr>
            <w:r w:rsidRPr="00F53E99">
              <w:rPr>
                <w:rFonts w:ascii="Arial" w:hAnsi="Arial" w:cs="Arial"/>
                <w:sz w:val="22"/>
              </w:rPr>
              <w:t>9. Conta cunha certificación, distintivo, adhesión, política interna ou evidencia documentada relacionada coa xestión ambiental ou a sostibilidade aplicada ao aloxamento, como eficiencia de recursos, redución de residuos, compra responsable, economía circular ou boas prácticas ambientais.</w:t>
            </w:r>
          </w:p>
        </w:tc>
        <w:tc>
          <w:tcPr>
            <w:tcW w:w="640" w:type="dxa"/>
            <w:tcBorders>
              <w:left w:val="single" w:sz="4" w:space="0" w:color="auto"/>
              <w:right w:val="single" w:sz="4" w:space="0" w:color="auto"/>
            </w:tcBorders>
            <w:shd w:val="clear" w:color="auto" w:fill="FFFFFF" w:themeFill="background1"/>
            <w:vAlign w:val="center"/>
          </w:tcPr>
          <w:p w14:paraId="4C5CBA7B" w14:textId="77777777" w:rsidR="00142486" w:rsidRPr="00F53E99" w:rsidRDefault="00142486" w:rsidP="00F43281">
            <w:pPr>
              <w:jc w:val="center"/>
              <w:rPr>
                <w:rFonts w:ascii="Arial" w:hAnsi="Arial" w:cs="Arial"/>
                <w:sz w:val="22"/>
              </w:rPr>
            </w:pPr>
          </w:p>
        </w:tc>
      </w:tr>
      <w:tr w:rsidR="00142486" w:rsidRPr="00F53E99" w14:paraId="4523FA6F" w14:textId="24E50710" w:rsidTr="00F43281">
        <w:trPr>
          <w:jc w:val="center"/>
        </w:trPr>
        <w:tc>
          <w:tcPr>
            <w:tcW w:w="2268" w:type="dxa"/>
            <w:vMerge w:val="restart"/>
            <w:tcBorders>
              <w:right w:val="single" w:sz="4" w:space="0" w:color="auto"/>
            </w:tcBorders>
            <w:shd w:val="clear" w:color="auto" w:fill="EAF3F4"/>
            <w:vAlign w:val="center"/>
          </w:tcPr>
          <w:p w14:paraId="3948CFBE" w14:textId="77777777" w:rsidR="00142486" w:rsidRPr="00F53E99" w:rsidRDefault="00142486" w:rsidP="00132FE2">
            <w:pPr>
              <w:rPr>
                <w:rFonts w:ascii="Arial" w:hAnsi="Arial" w:cs="Arial"/>
                <w:sz w:val="22"/>
              </w:rPr>
            </w:pPr>
            <w:r w:rsidRPr="00F53E99">
              <w:rPr>
                <w:rFonts w:ascii="Arial" w:hAnsi="Arial" w:cs="Arial"/>
                <w:b/>
                <w:color w:val="003B5C"/>
                <w:sz w:val="22"/>
              </w:rPr>
              <w:t>Accesibilidade</w:t>
            </w:r>
          </w:p>
        </w:tc>
        <w:tc>
          <w:tcPr>
            <w:tcW w:w="7508" w:type="dxa"/>
            <w:tcBorders>
              <w:left w:val="single" w:sz="4" w:space="0" w:color="auto"/>
              <w:right w:val="single" w:sz="4" w:space="0" w:color="auto"/>
            </w:tcBorders>
            <w:shd w:val="clear" w:color="auto" w:fill="FFFFFF" w:themeFill="background1"/>
            <w:vAlign w:val="center"/>
          </w:tcPr>
          <w:p w14:paraId="3956771A" w14:textId="77777777" w:rsidR="00142486" w:rsidRPr="00F53E99" w:rsidRDefault="00142486" w:rsidP="00DC71AF">
            <w:pPr>
              <w:spacing w:before="240"/>
              <w:rPr>
                <w:rFonts w:ascii="Arial" w:hAnsi="Arial" w:cs="Arial"/>
                <w:sz w:val="22"/>
              </w:rPr>
            </w:pPr>
            <w:r w:rsidRPr="00F53E99">
              <w:rPr>
                <w:rFonts w:ascii="Arial" w:hAnsi="Arial" w:cs="Arial"/>
                <w:sz w:val="22"/>
              </w:rPr>
              <w:t>10. Dispón de medidas de accesibilidade física, sensorial ou cognitiva aplicables ao establecemento, ás habitacións, zonas comúns, información previa ou servizos ofertados, proporcionais ás características do inmoble e da actividade.</w:t>
            </w:r>
          </w:p>
        </w:tc>
        <w:tc>
          <w:tcPr>
            <w:tcW w:w="640" w:type="dxa"/>
            <w:tcBorders>
              <w:left w:val="single" w:sz="4" w:space="0" w:color="auto"/>
              <w:right w:val="single" w:sz="4" w:space="0" w:color="auto"/>
            </w:tcBorders>
            <w:shd w:val="clear" w:color="auto" w:fill="FFFFFF" w:themeFill="background1"/>
            <w:vAlign w:val="center"/>
          </w:tcPr>
          <w:p w14:paraId="014CB381" w14:textId="77777777" w:rsidR="00142486" w:rsidRPr="00F53E99" w:rsidRDefault="00142486" w:rsidP="00F43281">
            <w:pPr>
              <w:jc w:val="center"/>
              <w:rPr>
                <w:rFonts w:ascii="Arial" w:hAnsi="Arial" w:cs="Arial"/>
                <w:sz w:val="22"/>
              </w:rPr>
            </w:pPr>
          </w:p>
        </w:tc>
      </w:tr>
      <w:tr w:rsidR="00142486" w:rsidRPr="00F53E99" w14:paraId="082DC76F" w14:textId="3B87E5BF" w:rsidTr="00F43281">
        <w:trPr>
          <w:jc w:val="center"/>
        </w:trPr>
        <w:tc>
          <w:tcPr>
            <w:tcW w:w="2268" w:type="dxa"/>
            <w:vMerge/>
            <w:tcBorders>
              <w:right w:val="single" w:sz="4" w:space="0" w:color="auto"/>
            </w:tcBorders>
            <w:shd w:val="clear" w:color="auto" w:fill="EAF3F4"/>
            <w:vAlign w:val="center"/>
          </w:tcPr>
          <w:p w14:paraId="104B53F0"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34DFC8F9" w14:textId="77777777" w:rsidR="00142486" w:rsidRPr="00F53E99" w:rsidRDefault="00142486" w:rsidP="00DC71AF">
            <w:pPr>
              <w:spacing w:before="240"/>
              <w:rPr>
                <w:rFonts w:ascii="Arial" w:hAnsi="Arial" w:cs="Arial"/>
                <w:sz w:val="22"/>
              </w:rPr>
            </w:pPr>
            <w:r w:rsidRPr="00F53E99">
              <w:rPr>
                <w:rFonts w:ascii="Arial" w:hAnsi="Arial" w:cs="Arial"/>
                <w:sz w:val="22"/>
              </w:rPr>
              <w:t>11. Ofrece información previa sobre as condicións de accesibilidade existentes, posibles limitacións, características das habitacións ou espazos dispoñibles e alternativas para persoas con necesidades específicas.</w:t>
            </w:r>
          </w:p>
        </w:tc>
        <w:tc>
          <w:tcPr>
            <w:tcW w:w="640" w:type="dxa"/>
            <w:tcBorders>
              <w:left w:val="single" w:sz="4" w:space="0" w:color="auto"/>
              <w:right w:val="single" w:sz="4" w:space="0" w:color="auto"/>
            </w:tcBorders>
            <w:shd w:val="clear" w:color="auto" w:fill="FFFFFF" w:themeFill="background1"/>
            <w:vAlign w:val="center"/>
          </w:tcPr>
          <w:p w14:paraId="6785A91A" w14:textId="77777777" w:rsidR="00142486" w:rsidRPr="00F53E99" w:rsidRDefault="00142486" w:rsidP="00F43281">
            <w:pPr>
              <w:jc w:val="center"/>
              <w:rPr>
                <w:rFonts w:ascii="Arial" w:hAnsi="Arial" w:cs="Arial"/>
                <w:sz w:val="22"/>
              </w:rPr>
            </w:pPr>
          </w:p>
        </w:tc>
      </w:tr>
      <w:tr w:rsidR="00142486" w:rsidRPr="00F53E99" w14:paraId="51C849AF" w14:textId="1D1C2BB2" w:rsidTr="00F43281">
        <w:trPr>
          <w:jc w:val="center"/>
        </w:trPr>
        <w:tc>
          <w:tcPr>
            <w:tcW w:w="2268" w:type="dxa"/>
            <w:vMerge w:val="restart"/>
            <w:tcBorders>
              <w:right w:val="single" w:sz="4" w:space="0" w:color="auto"/>
            </w:tcBorders>
            <w:shd w:val="clear" w:color="auto" w:fill="EAF3F4"/>
            <w:vAlign w:val="center"/>
          </w:tcPr>
          <w:p w14:paraId="5F48B208" w14:textId="77777777" w:rsidR="00142486" w:rsidRPr="00F53E99" w:rsidRDefault="00142486" w:rsidP="00132FE2">
            <w:pPr>
              <w:rPr>
                <w:rFonts w:ascii="Arial" w:hAnsi="Arial" w:cs="Arial"/>
                <w:sz w:val="22"/>
              </w:rPr>
            </w:pPr>
            <w:r w:rsidRPr="00F53E99">
              <w:rPr>
                <w:rFonts w:ascii="Arial" w:hAnsi="Arial" w:cs="Arial"/>
                <w:b/>
                <w:color w:val="003B5C"/>
                <w:sz w:val="22"/>
              </w:rPr>
              <w:t>Comercialización e dixitalización</w:t>
            </w:r>
          </w:p>
        </w:tc>
        <w:tc>
          <w:tcPr>
            <w:tcW w:w="7508" w:type="dxa"/>
            <w:tcBorders>
              <w:left w:val="single" w:sz="4" w:space="0" w:color="auto"/>
              <w:right w:val="single" w:sz="4" w:space="0" w:color="auto"/>
            </w:tcBorders>
            <w:shd w:val="clear" w:color="auto" w:fill="FFFFFF" w:themeFill="background1"/>
            <w:vAlign w:val="center"/>
          </w:tcPr>
          <w:p w14:paraId="02E2CC67" w14:textId="77777777" w:rsidR="00142486" w:rsidRPr="00F53E99" w:rsidRDefault="00142486" w:rsidP="00DC71AF">
            <w:pPr>
              <w:spacing w:before="240"/>
              <w:rPr>
                <w:rFonts w:ascii="Arial" w:hAnsi="Arial" w:cs="Arial"/>
                <w:sz w:val="22"/>
              </w:rPr>
            </w:pPr>
            <w:r w:rsidRPr="00F53E99">
              <w:rPr>
                <w:rFonts w:ascii="Arial" w:hAnsi="Arial" w:cs="Arial"/>
                <w:sz w:val="22"/>
              </w:rPr>
              <w:t>12. Ten páxina web, perfil dixital propio en redes sociais, ficha controlada pola propia empresa en plataformas turísticas ou outro soporte dixital con información actualizada do establecemento, dos seus servizos e das condicións básicas da estadía.</w:t>
            </w:r>
          </w:p>
        </w:tc>
        <w:tc>
          <w:tcPr>
            <w:tcW w:w="640" w:type="dxa"/>
            <w:tcBorders>
              <w:left w:val="single" w:sz="4" w:space="0" w:color="auto"/>
              <w:right w:val="single" w:sz="4" w:space="0" w:color="auto"/>
            </w:tcBorders>
            <w:shd w:val="clear" w:color="auto" w:fill="FFFFFF" w:themeFill="background1"/>
            <w:vAlign w:val="center"/>
          </w:tcPr>
          <w:p w14:paraId="5CC4FF97" w14:textId="77777777" w:rsidR="00142486" w:rsidRPr="00F53E99" w:rsidRDefault="00142486" w:rsidP="00F43281">
            <w:pPr>
              <w:jc w:val="center"/>
              <w:rPr>
                <w:rFonts w:ascii="Arial" w:hAnsi="Arial" w:cs="Arial"/>
                <w:sz w:val="22"/>
              </w:rPr>
            </w:pPr>
          </w:p>
        </w:tc>
      </w:tr>
      <w:tr w:rsidR="00142486" w:rsidRPr="00F53E99" w14:paraId="5157F391" w14:textId="1BD03886" w:rsidTr="00F43281">
        <w:trPr>
          <w:jc w:val="center"/>
        </w:trPr>
        <w:tc>
          <w:tcPr>
            <w:tcW w:w="2268" w:type="dxa"/>
            <w:vMerge/>
            <w:tcBorders>
              <w:right w:val="single" w:sz="4" w:space="0" w:color="auto"/>
            </w:tcBorders>
            <w:shd w:val="clear" w:color="auto" w:fill="EAF3F4"/>
            <w:vAlign w:val="center"/>
          </w:tcPr>
          <w:p w14:paraId="0BBF963F"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4FF3A6EF" w14:textId="77777777" w:rsidR="00142486" w:rsidRPr="00F53E99" w:rsidRDefault="00142486" w:rsidP="00DC71AF">
            <w:pPr>
              <w:spacing w:before="240"/>
              <w:rPr>
                <w:rFonts w:ascii="Arial" w:hAnsi="Arial" w:cs="Arial"/>
                <w:sz w:val="22"/>
              </w:rPr>
            </w:pPr>
            <w:r w:rsidRPr="00F53E99">
              <w:rPr>
                <w:rFonts w:ascii="Arial" w:hAnsi="Arial" w:cs="Arial"/>
                <w:sz w:val="22"/>
              </w:rPr>
              <w:t>13. Conta cun sistema de reserva, consulta de dispoñibilidade, solicitude de información ou contacto a través de canles dixitais actualizadas e operativas.</w:t>
            </w:r>
          </w:p>
        </w:tc>
        <w:tc>
          <w:tcPr>
            <w:tcW w:w="640" w:type="dxa"/>
            <w:tcBorders>
              <w:left w:val="single" w:sz="4" w:space="0" w:color="auto"/>
              <w:right w:val="single" w:sz="4" w:space="0" w:color="auto"/>
            </w:tcBorders>
            <w:shd w:val="clear" w:color="auto" w:fill="FFFFFF" w:themeFill="background1"/>
            <w:vAlign w:val="center"/>
          </w:tcPr>
          <w:p w14:paraId="1E15234E" w14:textId="77777777" w:rsidR="00142486" w:rsidRPr="00F53E99" w:rsidRDefault="00142486" w:rsidP="00F43281">
            <w:pPr>
              <w:jc w:val="center"/>
              <w:rPr>
                <w:rFonts w:ascii="Arial" w:hAnsi="Arial" w:cs="Arial"/>
                <w:sz w:val="22"/>
              </w:rPr>
            </w:pPr>
          </w:p>
        </w:tc>
      </w:tr>
      <w:tr w:rsidR="00142486" w:rsidRPr="00F53E99" w14:paraId="33029922" w14:textId="593344E5" w:rsidTr="00F43281">
        <w:trPr>
          <w:jc w:val="center"/>
        </w:trPr>
        <w:tc>
          <w:tcPr>
            <w:tcW w:w="2268" w:type="dxa"/>
            <w:vMerge/>
            <w:tcBorders>
              <w:right w:val="single" w:sz="4" w:space="0" w:color="auto"/>
            </w:tcBorders>
            <w:shd w:val="clear" w:color="auto" w:fill="EAF3F4"/>
            <w:vAlign w:val="center"/>
          </w:tcPr>
          <w:p w14:paraId="3627EC3A"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349E2BC9" w14:textId="77777777" w:rsidR="00142486" w:rsidRPr="00F53E99" w:rsidRDefault="00142486" w:rsidP="00DC71AF">
            <w:pPr>
              <w:spacing w:before="240"/>
              <w:rPr>
                <w:rFonts w:ascii="Arial" w:hAnsi="Arial" w:cs="Arial"/>
                <w:sz w:val="22"/>
              </w:rPr>
            </w:pPr>
            <w:r w:rsidRPr="00F53E99">
              <w:rPr>
                <w:rFonts w:ascii="Arial" w:hAnsi="Arial" w:cs="Arial"/>
                <w:sz w:val="22"/>
              </w:rPr>
              <w:t xml:space="preserve">14. Mantén presenza actualizada en plataformas, directorios ou canles dixitais relevantes para a demanda turística, como </w:t>
            </w:r>
            <w:r w:rsidRPr="00F53E99">
              <w:rPr>
                <w:rFonts w:ascii="Arial" w:hAnsi="Arial" w:cs="Arial"/>
                <w:i/>
                <w:iCs/>
                <w:sz w:val="22"/>
              </w:rPr>
              <w:t xml:space="preserve">Google Business </w:t>
            </w:r>
            <w:r w:rsidRPr="00F53E99">
              <w:rPr>
                <w:rFonts w:ascii="Arial" w:hAnsi="Arial" w:cs="Arial"/>
                <w:i/>
                <w:iCs/>
                <w:sz w:val="22"/>
              </w:rPr>
              <w:lastRenderedPageBreak/>
              <w:t>Profile</w:t>
            </w:r>
            <w:r w:rsidRPr="00F53E99">
              <w:rPr>
                <w:rFonts w:ascii="Arial" w:hAnsi="Arial" w:cs="Arial"/>
                <w:sz w:val="22"/>
              </w:rPr>
              <w:t>, OTA, metabuscadores, portais especializados ou plataformas equivalentes.</w:t>
            </w:r>
          </w:p>
        </w:tc>
        <w:tc>
          <w:tcPr>
            <w:tcW w:w="640" w:type="dxa"/>
            <w:tcBorders>
              <w:left w:val="single" w:sz="4" w:space="0" w:color="auto"/>
              <w:right w:val="single" w:sz="4" w:space="0" w:color="auto"/>
            </w:tcBorders>
            <w:shd w:val="clear" w:color="auto" w:fill="FFFFFF" w:themeFill="background1"/>
            <w:vAlign w:val="center"/>
          </w:tcPr>
          <w:p w14:paraId="1EE6FCDB" w14:textId="77777777" w:rsidR="00142486" w:rsidRPr="00F53E99" w:rsidRDefault="00142486" w:rsidP="00F43281">
            <w:pPr>
              <w:jc w:val="center"/>
              <w:rPr>
                <w:rFonts w:ascii="Arial" w:hAnsi="Arial" w:cs="Arial"/>
                <w:sz w:val="22"/>
              </w:rPr>
            </w:pPr>
          </w:p>
        </w:tc>
      </w:tr>
      <w:tr w:rsidR="00142486" w:rsidRPr="00F53E99" w14:paraId="0E436659" w14:textId="232A8776" w:rsidTr="00F43281">
        <w:trPr>
          <w:jc w:val="center"/>
        </w:trPr>
        <w:tc>
          <w:tcPr>
            <w:tcW w:w="2268" w:type="dxa"/>
            <w:vMerge/>
            <w:tcBorders>
              <w:right w:val="single" w:sz="4" w:space="0" w:color="auto"/>
            </w:tcBorders>
            <w:shd w:val="clear" w:color="auto" w:fill="EAF3F4"/>
            <w:vAlign w:val="center"/>
          </w:tcPr>
          <w:p w14:paraId="05B98266" w14:textId="77777777" w:rsidR="00142486" w:rsidRPr="00F53E99" w:rsidRDefault="00142486" w:rsidP="00132FE2">
            <w:pPr>
              <w:rPr>
                <w:rFonts w:ascii="Arial" w:hAnsi="Arial" w:cs="Arial"/>
                <w:sz w:val="22"/>
              </w:rPr>
            </w:pPr>
          </w:p>
        </w:tc>
        <w:tc>
          <w:tcPr>
            <w:tcW w:w="7508" w:type="dxa"/>
            <w:tcBorders>
              <w:left w:val="single" w:sz="4" w:space="0" w:color="auto"/>
              <w:right w:val="single" w:sz="4" w:space="0" w:color="auto"/>
            </w:tcBorders>
            <w:shd w:val="clear" w:color="auto" w:fill="FFFFFF" w:themeFill="background1"/>
            <w:vAlign w:val="center"/>
          </w:tcPr>
          <w:p w14:paraId="38CC3CC0" w14:textId="77777777" w:rsidR="00142486" w:rsidRPr="00F53E99" w:rsidRDefault="00142486" w:rsidP="00DC71AF">
            <w:pPr>
              <w:spacing w:before="240"/>
              <w:rPr>
                <w:rFonts w:ascii="Arial" w:hAnsi="Arial" w:cs="Arial"/>
                <w:sz w:val="22"/>
              </w:rPr>
            </w:pPr>
            <w:r w:rsidRPr="00F53E99">
              <w:rPr>
                <w:rFonts w:ascii="Arial" w:hAnsi="Arial" w:cs="Arial"/>
                <w:sz w:val="22"/>
              </w:rPr>
              <w:t>15. Identifica a súa vinculación co territorio e/ou con experiencias turísticas radicadas en Galicia Suroeste nos seus materiais promocionais, web, redes sociais, documentación de reserva, soportes informativos ou comunicacións coa clientela.</w:t>
            </w:r>
          </w:p>
        </w:tc>
        <w:tc>
          <w:tcPr>
            <w:tcW w:w="640" w:type="dxa"/>
            <w:tcBorders>
              <w:left w:val="single" w:sz="4" w:space="0" w:color="auto"/>
              <w:right w:val="single" w:sz="4" w:space="0" w:color="auto"/>
            </w:tcBorders>
            <w:shd w:val="clear" w:color="auto" w:fill="FFFFFF" w:themeFill="background1"/>
            <w:vAlign w:val="center"/>
          </w:tcPr>
          <w:p w14:paraId="319B7117" w14:textId="77777777" w:rsidR="00142486" w:rsidRPr="00F53E99" w:rsidRDefault="00142486" w:rsidP="00F43281">
            <w:pPr>
              <w:jc w:val="center"/>
              <w:rPr>
                <w:rFonts w:ascii="Arial" w:hAnsi="Arial" w:cs="Arial"/>
                <w:sz w:val="22"/>
              </w:rPr>
            </w:pPr>
          </w:p>
        </w:tc>
      </w:tr>
      <w:tr w:rsidR="00142486" w:rsidRPr="00F53E99" w14:paraId="24235F5C" w14:textId="2012C876" w:rsidTr="00F43281">
        <w:trPr>
          <w:jc w:val="center"/>
        </w:trPr>
        <w:tc>
          <w:tcPr>
            <w:tcW w:w="2268" w:type="dxa"/>
            <w:vMerge w:val="restart"/>
            <w:tcBorders>
              <w:right w:val="single" w:sz="4" w:space="0" w:color="auto"/>
            </w:tcBorders>
            <w:shd w:val="clear" w:color="auto" w:fill="EAF3F4"/>
            <w:vAlign w:val="center"/>
          </w:tcPr>
          <w:p w14:paraId="4ABA1A94" w14:textId="77777777" w:rsidR="00142486" w:rsidRPr="00F53E99" w:rsidRDefault="00142486" w:rsidP="00132FE2">
            <w:pPr>
              <w:rPr>
                <w:rFonts w:ascii="Arial" w:hAnsi="Arial" w:cs="Arial"/>
                <w:sz w:val="22"/>
              </w:rPr>
            </w:pPr>
            <w:r w:rsidRPr="00F53E99">
              <w:rPr>
                <w:rFonts w:ascii="Arial" w:hAnsi="Arial" w:cs="Arial"/>
                <w:b/>
                <w:color w:val="003B5C"/>
                <w:sz w:val="22"/>
              </w:rPr>
              <w:t>Experiencia cliente</w:t>
            </w:r>
          </w:p>
        </w:tc>
        <w:tc>
          <w:tcPr>
            <w:tcW w:w="7508" w:type="dxa"/>
            <w:tcBorders>
              <w:left w:val="single" w:sz="4" w:space="0" w:color="auto"/>
              <w:right w:val="single" w:sz="4" w:space="0" w:color="auto"/>
            </w:tcBorders>
            <w:shd w:val="clear" w:color="auto" w:fill="FFFFFF" w:themeFill="background1"/>
            <w:vAlign w:val="center"/>
          </w:tcPr>
          <w:p w14:paraId="609A8D16" w14:textId="77777777" w:rsidR="00142486" w:rsidRPr="00F53E99" w:rsidRDefault="00142486" w:rsidP="00DC71AF">
            <w:pPr>
              <w:spacing w:before="240"/>
              <w:rPr>
                <w:rFonts w:ascii="Arial" w:hAnsi="Arial" w:cs="Arial"/>
                <w:sz w:val="22"/>
              </w:rPr>
            </w:pPr>
            <w:r w:rsidRPr="00F53E99">
              <w:rPr>
                <w:rFonts w:ascii="Arial" w:hAnsi="Arial" w:cs="Arial"/>
                <w:sz w:val="22"/>
              </w:rPr>
              <w:t>16. Dispón de persoal con competencias básicas para informar e atender visitantes en galego e castelán, e, como mínimo, nun idioma estranxeiro.</w:t>
            </w:r>
          </w:p>
        </w:tc>
        <w:tc>
          <w:tcPr>
            <w:tcW w:w="640" w:type="dxa"/>
            <w:tcBorders>
              <w:left w:val="single" w:sz="4" w:space="0" w:color="auto"/>
              <w:right w:val="single" w:sz="4" w:space="0" w:color="auto"/>
            </w:tcBorders>
            <w:shd w:val="clear" w:color="auto" w:fill="FFFFFF" w:themeFill="background1"/>
            <w:vAlign w:val="center"/>
          </w:tcPr>
          <w:p w14:paraId="0BA10BFF" w14:textId="77777777" w:rsidR="00142486" w:rsidRPr="00F53E99" w:rsidRDefault="00142486" w:rsidP="00F43281">
            <w:pPr>
              <w:jc w:val="center"/>
              <w:rPr>
                <w:rFonts w:ascii="Arial" w:hAnsi="Arial" w:cs="Arial"/>
                <w:sz w:val="22"/>
              </w:rPr>
            </w:pPr>
          </w:p>
        </w:tc>
      </w:tr>
      <w:tr w:rsidR="00142486" w:rsidRPr="00F53E99" w14:paraId="6999AF2D" w14:textId="4F7E13C7" w:rsidTr="00F43281">
        <w:trPr>
          <w:jc w:val="center"/>
        </w:trPr>
        <w:tc>
          <w:tcPr>
            <w:tcW w:w="2268" w:type="dxa"/>
            <w:vMerge/>
            <w:tcBorders>
              <w:right w:val="single" w:sz="4" w:space="0" w:color="auto"/>
            </w:tcBorders>
            <w:shd w:val="clear" w:color="auto" w:fill="EAF3F4"/>
            <w:vAlign w:val="center"/>
          </w:tcPr>
          <w:p w14:paraId="7C0E0224" w14:textId="77777777" w:rsidR="00142486" w:rsidRPr="00F53E99" w:rsidRDefault="00142486" w:rsidP="00132FE2">
            <w:pPr>
              <w:rPr>
                <w:rFonts w:ascii="Arial" w:hAnsi="Arial" w:cs="Arial"/>
                <w:b/>
                <w:color w:val="003B5C"/>
                <w:sz w:val="22"/>
              </w:rPr>
            </w:pPr>
          </w:p>
        </w:tc>
        <w:tc>
          <w:tcPr>
            <w:tcW w:w="7508" w:type="dxa"/>
            <w:tcBorders>
              <w:left w:val="single" w:sz="4" w:space="0" w:color="auto"/>
              <w:right w:val="single" w:sz="4" w:space="0" w:color="auto"/>
            </w:tcBorders>
            <w:shd w:val="clear" w:color="auto" w:fill="FFFFFF" w:themeFill="background1"/>
            <w:vAlign w:val="center"/>
          </w:tcPr>
          <w:p w14:paraId="40752859" w14:textId="77777777" w:rsidR="00142486" w:rsidRPr="00F53E99" w:rsidRDefault="00142486" w:rsidP="00DC71AF">
            <w:pPr>
              <w:spacing w:before="240"/>
              <w:rPr>
                <w:rFonts w:ascii="Arial" w:hAnsi="Arial" w:cs="Arial"/>
                <w:sz w:val="22"/>
              </w:rPr>
            </w:pPr>
            <w:r w:rsidRPr="00F53E99">
              <w:rPr>
                <w:rFonts w:ascii="Arial" w:hAnsi="Arial" w:cs="Arial"/>
                <w:sz w:val="22"/>
              </w:rPr>
              <w:t>17. Ofrece información clara sobre condicións da estadía, horarios de entrada e saída, servizos incluídos e non incluídos, normas do establecemento, accesos, aparcadoiro, transporte, política de cancelacións ou outras cuestións relevantes para a correcta prestación do servizo.</w:t>
            </w:r>
          </w:p>
        </w:tc>
        <w:tc>
          <w:tcPr>
            <w:tcW w:w="640" w:type="dxa"/>
            <w:tcBorders>
              <w:left w:val="single" w:sz="4" w:space="0" w:color="auto"/>
              <w:right w:val="single" w:sz="4" w:space="0" w:color="auto"/>
            </w:tcBorders>
            <w:shd w:val="clear" w:color="auto" w:fill="FFFFFF" w:themeFill="background1"/>
            <w:vAlign w:val="center"/>
          </w:tcPr>
          <w:p w14:paraId="32C9AAA9" w14:textId="77777777" w:rsidR="00142486" w:rsidRPr="00F53E99" w:rsidRDefault="00142486" w:rsidP="00F43281">
            <w:pPr>
              <w:jc w:val="center"/>
              <w:rPr>
                <w:rFonts w:ascii="Arial" w:hAnsi="Arial" w:cs="Arial"/>
                <w:sz w:val="22"/>
              </w:rPr>
            </w:pPr>
          </w:p>
        </w:tc>
      </w:tr>
      <w:tr w:rsidR="00142486" w:rsidRPr="00F53E99" w14:paraId="4E8E9C21" w14:textId="37B00B02" w:rsidTr="00F43281">
        <w:trPr>
          <w:jc w:val="center"/>
        </w:trPr>
        <w:tc>
          <w:tcPr>
            <w:tcW w:w="2268" w:type="dxa"/>
            <w:vMerge/>
            <w:tcBorders>
              <w:right w:val="single" w:sz="4" w:space="0" w:color="auto"/>
            </w:tcBorders>
            <w:shd w:val="clear" w:color="auto" w:fill="EAF3F4"/>
            <w:vAlign w:val="center"/>
          </w:tcPr>
          <w:p w14:paraId="47E2512D" w14:textId="77777777" w:rsidR="00142486" w:rsidRPr="00F53E99" w:rsidRDefault="00142486" w:rsidP="00132FE2">
            <w:pPr>
              <w:rPr>
                <w:rFonts w:ascii="Arial" w:hAnsi="Arial" w:cs="Arial"/>
                <w:sz w:val="22"/>
              </w:rPr>
            </w:pPr>
          </w:p>
        </w:tc>
        <w:tc>
          <w:tcPr>
            <w:tcW w:w="7508" w:type="dxa"/>
            <w:tcBorders>
              <w:left w:val="single" w:sz="4" w:space="0" w:color="auto"/>
              <w:bottom w:val="single" w:sz="4" w:space="0" w:color="auto"/>
              <w:right w:val="single" w:sz="4" w:space="0" w:color="auto"/>
            </w:tcBorders>
            <w:shd w:val="clear" w:color="auto" w:fill="FFFFFF" w:themeFill="background1"/>
            <w:vAlign w:val="center"/>
          </w:tcPr>
          <w:p w14:paraId="5051008A" w14:textId="77777777" w:rsidR="00142486" w:rsidRPr="00F53E99" w:rsidRDefault="00142486" w:rsidP="00DC71AF">
            <w:pPr>
              <w:spacing w:before="240"/>
              <w:rPr>
                <w:rFonts w:ascii="Arial" w:hAnsi="Arial" w:cs="Arial"/>
                <w:sz w:val="22"/>
              </w:rPr>
            </w:pPr>
            <w:r w:rsidRPr="00F53E99">
              <w:rPr>
                <w:rFonts w:ascii="Arial" w:hAnsi="Arial" w:cs="Arial"/>
                <w:sz w:val="22"/>
              </w:rPr>
              <w:t>18. Pon a disposición da súa clientela algún mecanismo para recoller valoracións, suxestións ou incidencias, de cara a empregalas para mellorar o servizo, a atención, a comercialización ou a experiencia ofrecida.</w:t>
            </w:r>
          </w:p>
        </w:tc>
        <w:tc>
          <w:tcPr>
            <w:tcW w:w="640" w:type="dxa"/>
            <w:tcBorders>
              <w:left w:val="single" w:sz="4" w:space="0" w:color="auto"/>
              <w:bottom w:val="single" w:sz="4" w:space="0" w:color="auto"/>
              <w:right w:val="single" w:sz="4" w:space="0" w:color="auto"/>
            </w:tcBorders>
            <w:shd w:val="clear" w:color="auto" w:fill="FFFFFF" w:themeFill="background1"/>
            <w:vAlign w:val="center"/>
          </w:tcPr>
          <w:p w14:paraId="77A32530" w14:textId="77777777" w:rsidR="00142486" w:rsidRPr="00F53E99" w:rsidRDefault="00142486" w:rsidP="00F43281">
            <w:pPr>
              <w:jc w:val="center"/>
              <w:rPr>
                <w:rFonts w:ascii="Arial" w:hAnsi="Arial" w:cs="Arial"/>
                <w:sz w:val="22"/>
              </w:rPr>
            </w:pPr>
          </w:p>
        </w:tc>
      </w:tr>
    </w:tbl>
    <w:p w14:paraId="3ECB0F9F" w14:textId="77777777" w:rsidR="00C86FC1" w:rsidRDefault="00C86FC1" w:rsidP="00CE3811"/>
    <w:p w14:paraId="344FCE53" w14:textId="77777777" w:rsidR="00E342C2" w:rsidRDefault="00E342C2" w:rsidP="00CE3811"/>
    <w:tbl>
      <w:tblPr>
        <w:tblStyle w:val="Tablaconcuadrcula"/>
        <w:tblW w:w="0" w:type="auto"/>
        <w:jc w:val="center"/>
        <w:tblLook w:val="04A0" w:firstRow="1" w:lastRow="0" w:firstColumn="1" w:lastColumn="0" w:noHBand="0" w:noVBand="1"/>
      </w:tblPr>
      <w:tblGrid>
        <w:gridCol w:w="7366"/>
        <w:gridCol w:w="1138"/>
      </w:tblGrid>
      <w:tr w:rsidR="000B74EE" w:rsidRPr="00F53E99" w14:paraId="1508B727" w14:textId="77777777" w:rsidTr="0038792A">
        <w:trPr>
          <w:tblHeader/>
          <w:jc w:val="center"/>
        </w:trPr>
        <w:tc>
          <w:tcPr>
            <w:tcW w:w="8504" w:type="dxa"/>
            <w:gridSpan w:val="2"/>
            <w:shd w:val="clear" w:color="auto" w:fill="00859B"/>
            <w:vAlign w:val="center"/>
          </w:tcPr>
          <w:p w14:paraId="1CE19473" w14:textId="21E894AE" w:rsidR="000B74EE" w:rsidRPr="00F53E99" w:rsidRDefault="000B74EE" w:rsidP="000B74EE">
            <w:pPr>
              <w:jc w:val="center"/>
              <w:rPr>
                <w:rFonts w:ascii="Arial" w:hAnsi="Arial" w:cs="Arial"/>
                <w:sz w:val="22"/>
                <w:szCs w:val="32"/>
              </w:rPr>
            </w:pPr>
            <w:r>
              <w:rPr>
                <w:rFonts w:ascii="Arial" w:hAnsi="Arial" w:cs="Arial"/>
                <w:b/>
                <w:color w:val="FFFFFF"/>
                <w:sz w:val="22"/>
                <w:szCs w:val="32"/>
              </w:rPr>
              <w:t>Resumo dos requisitos avaliables</w:t>
            </w:r>
          </w:p>
        </w:tc>
      </w:tr>
      <w:tr w:rsidR="00E342C2" w:rsidRPr="00F53E99" w14:paraId="0176CE6B" w14:textId="77777777" w:rsidTr="0038792A">
        <w:trPr>
          <w:jc w:val="center"/>
        </w:trPr>
        <w:tc>
          <w:tcPr>
            <w:tcW w:w="7366" w:type="dxa"/>
            <w:vAlign w:val="center"/>
          </w:tcPr>
          <w:p w14:paraId="0A670F90"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Total de requisitos avaliables da categoría</w:t>
            </w:r>
          </w:p>
        </w:tc>
        <w:tc>
          <w:tcPr>
            <w:tcW w:w="1138" w:type="dxa"/>
            <w:vAlign w:val="center"/>
          </w:tcPr>
          <w:p w14:paraId="2ECCCA3A" w14:textId="5B4394D6" w:rsidR="00E342C2" w:rsidRPr="00F53E99" w:rsidRDefault="00E342C2" w:rsidP="000B74EE">
            <w:pPr>
              <w:jc w:val="right"/>
              <w:rPr>
                <w:rFonts w:ascii="Arial" w:hAnsi="Arial" w:cs="Arial"/>
                <w:sz w:val="22"/>
                <w:szCs w:val="32"/>
              </w:rPr>
            </w:pPr>
            <w:r w:rsidRPr="00F53E99">
              <w:rPr>
                <w:rFonts w:ascii="Arial" w:hAnsi="Arial" w:cs="Arial"/>
                <w:color w:val="1F1F1F"/>
                <w:sz w:val="22"/>
                <w:szCs w:val="32"/>
              </w:rPr>
              <w:t>1</w:t>
            </w:r>
            <w:r w:rsidR="005B6BDB">
              <w:rPr>
                <w:rFonts w:ascii="Arial" w:hAnsi="Arial" w:cs="Arial"/>
                <w:color w:val="1F1F1F"/>
                <w:sz w:val="22"/>
                <w:szCs w:val="32"/>
              </w:rPr>
              <w:t>8</w:t>
            </w:r>
          </w:p>
        </w:tc>
      </w:tr>
      <w:tr w:rsidR="00E342C2" w:rsidRPr="00F53E99" w14:paraId="384D6D17" w14:textId="77777777" w:rsidTr="0038792A">
        <w:trPr>
          <w:jc w:val="center"/>
        </w:trPr>
        <w:tc>
          <w:tcPr>
            <w:tcW w:w="7366" w:type="dxa"/>
            <w:vAlign w:val="center"/>
          </w:tcPr>
          <w:p w14:paraId="45D98CF4"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Mínimo esixido para a adhesión (25%)</w:t>
            </w:r>
          </w:p>
        </w:tc>
        <w:tc>
          <w:tcPr>
            <w:tcW w:w="1138" w:type="dxa"/>
            <w:vAlign w:val="center"/>
          </w:tcPr>
          <w:p w14:paraId="46013B51" w14:textId="1D1FBF03" w:rsidR="00E342C2" w:rsidRPr="00F53E99" w:rsidRDefault="005B6BDB" w:rsidP="000B74EE">
            <w:pPr>
              <w:jc w:val="right"/>
              <w:rPr>
                <w:rFonts w:ascii="Arial" w:hAnsi="Arial" w:cs="Arial"/>
                <w:sz w:val="22"/>
                <w:szCs w:val="32"/>
              </w:rPr>
            </w:pPr>
            <w:r>
              <w:rPr>
                <w:rFonts w:ascii="Arial" w:hAnsi="Arial" w:cs="Arial"/>
                <w:sz w:val="22"/>
                <w:szCs w:val="32"/>
              </w:rPr>
              <w:t>5</w:t>
            </w:r>
          </w:p>
        </w:tc>
      </w:tr>
      <w:tr w:rsidR="00E342C2" w:rsidRPr="00F53E99" w14:paraId="7C98EB28" w14:textId="77777777" w:rsidTr="0038792A">
        <w:trPr>
          <w:jc w:val="center"/>
        </w:trPr>
        <w:tc>
          <w:tcPr>
            <w:tcW w:w="7366" w:type="dxa"/>
            <w:vAlign w:val="center"/>
          </w:tcPr>
          <w:p w14:paraId="0D5EDCF5"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Nº de requisitos avaliables que declara cumprir a entidade solicitante</w:t>
            </w:r>
          </w:p>
        </w:tc>
        <w:tc>
          <w:tcPr>
            <w:tcW w:w="1138" w:type="dxa"/>
            <w:vAlign w:val="center"/>
          </w:tcPr>
          <w:p w14:paraId="0B4F4F11" w14:textId="69984495" w:rsidR="00E342C2" w:rsidRPr="00F53E99" w:rsidRDefault="00E342C2" w:rsidP="000B74EE">
            <w:pPr>
              <w:jc w:val="right"/>
              <w:rPr>
                <w:rFonts w:ascii="Arial" w:hAnsi="Arial" w:cs="Arial"/>
                <w:sz w:val="22"/>
                <w:szCs w:val="32"/>
              </w:rPr>
            </w:pPr>
          </w:p>
        </w:tc>
      </w:tr>
      <w:tr w:rsidR="00E342C2" w:rsidRPr="00F53E99" w14:paraId="4C97DC53" w14:textId="77777777" w:rsidTr="0038792A">
        <w:trPr>
          <w:jc w:val="center"/>
        </w:trPr>
        <w:tc>
          <w:tcPr>
            <w:tcW w:w="7366" w:type="dxa"/>
            <w:vAlign w:val="center"/>
          </w:tcPr>
          <w:p w14:paraId="11824F47"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Porcentaxe declarada de cumprimento</w:t>
            </w:r>
          </w:p>
        </w:tc>
        <w:tc>
          <w:tcPr>
            <w:tcW w:w="1138" w:type="dxa"/>
            <w:vAlign w:val="center"/>
          </w:tcPr>
          <w:p w14:paraId="4F280014" w14:textId="63C5D0F6" w:rsidR="00E342C2" w:rsidRPr="00F53E99" w:rsidRDefault="000B74EE" w:rsidP="000B74EE">
            <w:pPr>
              <w:jc w:val="right"/>
              <w:rPr>
                <w:rFonts w:ascii="Arial" w:hAnsi="Arial" w:cs="Arial"/>
                <w:sz w:val="22"/>
                <w:szCs w:val="32"/>
              </w:rPr>
            </w:pPr>
            <w:r>
              <w:rPr>
                <w:rFonts w:ascii="Arial" w:hAnsi="Arial" w:cs="Arial"/>
                <w:color w:val="1F1F1F"/>
                <w:sz w:val="22"/>
                <w:szCs w:val="32"/>
              </w:rPr>
              <w:t xml:space="preserve">    </w:t>
            </w:r>
            <w:r w:rsidR="00E342C2" w:rsidRPr="00F53E99">
              <w:rPr>
                <w:rFonts w:ascii="Arial" w:hAnsi="Arial" w:cs="Arial"/>
                <w:color w:val="1F1F1F"/>
                <w:sz w:val="22"/>
                <w:szCs w:val="32"/>
              </w:rPr>
              <w:t>%</w:t>
            </w:r>
          </w:p>
        </w:tc>
      </w:tr>
    </w:tbl>
    <w:p w14:paraId="62AF73B0" w14:textId="77777777" w:rsidR="00E342C2" w:rsidRDefault="00E342C2" w:rsidP="00CE3811"/>
    <w:p w14:paraId="347B11A2" w14:textId="706034BD" w:rsidR="000B74EE" w:rsidRDefault="000B74EE">
      <w:r>
        <w:br w:type="page"/>
      </w:r>
    </w:p>
    <w:p w14:paraId="6AAEC44B" w14:textId="079B5215" w:rsidR="00862C00" w:rsidRPr="00F53E99" w:rsidRDefault="00C32305" w:rsidP="00862C00">
      <w:pPr>
        <w:pStyle w:val="Ttulo1"/>
        <w:numPr>
          <w:ilvl w:val="0"/>
          <w:numId w:val="10"/>
        </w:numPr>
        <w:jc w:val="both"/>
        <w:rPr>
          <w:rFonts w:ascii="Arial" w:eastAsia="Albert Sans" w:hAnsi="Arial" w:cs="Arial"/>
          <w:color w:val="00426A"/>
        </w:rPr>
      </w:pPr>
      <w:r>
        <w:rPr>
          <w:rFonts w:ascii="Arial" w:eastAsia="Albert Sans" w:hAnsi="Arial" w:cs="Arial"/>
          <w:color w:val="00426A"/>
        </w:rPr>
        <w:lastRenderedPageBreak/>
        <w:t>Xustificación</w:t>
      </w:r>
      <w:r w:rsidR="00862C00">
        <w:rPr>
          <w:rFonts w:ascii="Arial" w:eastAsia="Albert Sans" w:hAnsi="Arial" w:cs="Arial"/>
          <w:color w:val="00426A"/>
        </w:rPr>
        <w:t xml:space="preserve"> do cumprimento dos requirimentos</w:t>
      </w:r>
    </w:p>
    <w:p w14:paraId="626F80D8" w14:textId="77777777" w:rsidR="00862C00" w:rsidRPr="00F53E99" w:rsidRDefault="00862C00" w:rsidP="00CE3811"/>
    <w:p w14:paraId="4E04D5BB" w14:textId="698A2165" w:rsidR="001A4920" w:rsidRPr="001A4920" w:rsidRDefault="00A66849" w:rsidP="00A66849">
      <w:pPr>
        <w:jc w:val="both"/>
        <w:rPr>
          <w:rFonts w:ascii="Arial" w:hAnsi="Arial" w:cs="Arial"/>
          <w:b/>
          <w:color w:val="00426A"/>
          <w:sz w:val="20"/>
          <w:szCs w:val="24"/>
        </w:rPr>
      </w:pPr>
      <w:r>
        <w:rPr>
          <w:rFonts w:ascii="Arial" w:hAnsi="Arial" w:cs="Arial"/>
          <w:b/>
          <w:color w:val="00426A"/>
          <w:sz w:val="20"/>
          <w:szCs w:val="24"/>
        </w:rPr>
        <w:t>Documentación</w:t>
      </w:r>
      <w:r w:rsidR="00406B04">
        <w:rPr>
          <w:rFonts w:ascii="Arial" w:hAnsi="Arial" w:cs="Arial"/>
          <w:b/>
          <w:color w:val="00426A"/>
          <w:sz w:val="20"/>
          <w:szCs w:val="24"/>
        </w:rPr>
        <w:t xml:space="preserve">, </w:t>
      </w:r>
      <w:r w:rsidR="00C32305">
        <w:rPr>
          <w:rFonts w:ascii="Arial" w:hAnsi="Arial" w:cs="Arial"/>
          <w:b/>
          <w:color w:val="00426A"/>
          <w:sz w:val="20"/>
          <w:szCs w:val="24"/>
        </w:rPr>
        <w:t>explicación</w:t>
      </w:r>
      <w:r>
        <w:rPr>
          <w:rFonts w:ascii="Arial" w:hAnsi="Arial" w:cs="Arial"/>
          <w:b/>
          <w:color w:val="00426A"/>
          <w:sz w:val="20"/>
          <w:szCs w:val="24"/>
        </w:rPr>
        <w:t xml:space="preserve"> e/ou evidencias que achega para xustificar o cumprimento dos requisitos obrigatorios específicos e dos requisitos avaliables seleccionados</w:t>
      </w:r>
      <w:r w:rsidR="001A4920">
        <w:rPr>
          <w:rFonts w:ascii="Arial" w:hAnsi="Arial" w:cs="Arial"/>
          <w:b/>
          <w:color w:val="00426A"/>
          <w:sz w:val="20"/>
          <w:szCs w:val="24"/>
        </w:rPr>
        <w:t xml:space="preserve"> </w:t>
      </w:r>
      <w:r w:rsidR="002B59A8">
        <w:rPr>
          <w:rFonts w:ascii="Arial" w:hAnsi="Arial" w:cs="Arial"/>
          <w:b/>
          <w:color w:val="00426A"/>
          <w:sz w:val="20"/>
          <w:szCs w:val="24"/>
        </w:rPr>
        <w:t xml:space="preserve">(no caso de </w:t>
      </w:r>
      <w:r w:rsidR="00560986">
        <w:rPr>
          <w:rFonts w:ascii="Arial" w:hAnsi="Arial" w:cs="Arial"/>
          <w:b/>
          <w:color w:val="00426A"/>
          <w:sz w:val="20"/>
          <w:szCs w:val="24"/>
        </w:rPr>
        <w:t xml:space="preserve">achegar documentación anexa, indíquea neste apartado e </w:t>
      </w:r>
      <w:r w:rsidR="00C4063A">
        <w:rPr>
          <w:rFonts w:ascii="Arial" w:hAnsi="Arial" w:cs="Arial"/>
          <w:b/>
          <w:color w:val="00426A"/>
          <w:sz w:val="20"/>
          <w:szCs w:val="24"/>
        </w:rPr>
        <w:t xml:space="preserve">remítaa conxuntamente co formulario </w:t>
      </w:r>
      <w:r w:rsidR="001F4D59">
        <w:rPr>
          <w:rFonts w:ascii="Arial" w:hAnsi="Arial" w:cs="Arial"/>
          <w:b/>
          <w:color w:val="00426A"/>
          <w:sz w:val="20"/>
          <w:szCs w:val="24"/>
        </w:rPr>
        <w:t>e coa documentación obrigatoria estipulada no apartado 4)</w:t>
      </w:r>
    </w:p>
    <w:tbl>
      <w:tblPr>
        <w:tblStyle w:val="Tablaconcuadrcula"/>
        <w:tblW w:w="0" w:type="auto"/>
        <w:tblLook w:val="04A0" w:firstRow="1" w:lastRow="0" w:firstColumn="1" w:lastColumn="0" w:noHBand="0" w:noVBand="1"/>
      </w:tblPr>
      <w:tblGrid>
        <w:gridCol w:w="10416"/>
      </w:tblGrid>
      <w:tr w:rsidR="00CD5B1B" w:rsidRPr="00F53E99" w14:paraId="74A4448A" w14:textId="77777777" w:rsidTr="00B73302">
        <w:tc>
          <w:tcPr>
            <w:tcW w:w="10416" w:type="dxa"/>
            <w:vAlign w:val="center"/>
          </w:tcPr>
          <w:p w14:paraId="5DF39EB8" w14:textId="77777777" w:rsidR="00CD5B1B" w:rsidRPr="00B73302" w:rsidRDefault="00CD5B1B" w:rsidP="000B74EE">
            <w:pPr>
              <w:rPr>
                <w:rFonts w:ascii="Arial" w:hAnsi="Arial" w:cs="Arial"/>
                <w:sz w:val="20"/>
                <w:szCs w:val="24"/>
              </w:rPr>
            </w:pPr>
            <w:r w:rsidRPr="00B73302">
              <w:rPr>
                <w:rFonts w:ascii="Arial" w:hAnsi="Arial" w:cs="Arial"/>
                <w:sz w:val="20"/>
                <w:szCs w:val="24"/>
              </w:rPr>
              <w:br/>
            </w:r>
          </w:p>
          <w:p w14:paraId="1F51D448" w14:textId="77777777" w:rsidR="00C32305" w:rsidRPr="00B73302" w:rsidRDefault="00C32305" w:rsidP="000B74EE">
            <w:pPr>
              <w:rPr>
                <w:rFonts w:ascii="Arial" w:hAnsi="Arial" w:cs="Arial"/>
                <w:sz w:val="20"/>
                <w:szCs w:val="24"/>
              </w:rPr>
            </w:pPr>
          </w:p>
          <w:p w14:paraId="1D63657D" w14:textId="77777777" w:rsidR="00C32305" w:rsidRPr="00B73302" w:rsidRDefault="00C32305" w:rsidP="000B74EE">
            <w:pPr>
              <w:rPr>
                <w:rFonts w:ascii="Arial" w:hAnsi="Arial" w:cs="Arial"/>
                <w:sz w:val="20"/>
                <w:szCs w:val="24"/>
              </w:rPr>
            </w:pPr>
          </w:p>
          <w:p w14:paraId="73602CE8" w14:textId="77777777" w:rsidR="00C32305" w:rsidRPr="00B73302" w:rsidRDefault="00C32305" w:rsidP="000B74EE">
            <w:pPr>
              <w:rPr>
                <w:rFonts w:ascii="Arial" w:hAnsi="Arial" w:cs="Arial"/>
                <w:sz w:val="20"/>
                <w:szCs w:val="24"/>
              </w:rPr>
            </w:pPr>
          </w:p>
          <w:p w14:paraId="79405874" w14:textId="77777777" w:rsidR="00C32305" w:rsidRPr="00B73302" w:rsidRDefault="00C32305" w:rsidP="000B74EE">
            <w:pPr>
              <w:rPr>
                <w:rFonts w:ascii="Arial" w:hAnsi="Arial" w:cs="Arial"/>
                <w:sz w:val="20"/>
                <w:szCs w:val="24"/>
              </w:rPr>
            </w:pPr>
          </w:p>
          <w:p w14:paraId="35743216" w14:textId="77777777" w:rsidR="000B74EE" w:rsidRPr="00B73302" w:rsidRDefault="000B74EE" w:rsidP="000B74EE">
            <w:pPr>
              <w:rPr>
                <w:rFonts w:ascii="Arial" w:hAnsi="Arial" w:cs="Arial"/>
                <w:sz w:val="20"/>
                <w:szCs w:val="24"/>
              </w:rPr>
            </w:pPr>
          </w:p>
          <w:p w14:paraId="655148AD" w14:textId="77777777" w:rsidR="000B74EE" w:rsidRPr="00B73302" w:rsidRDefault="000B74EE" w:rsidP="000B74EE">
            <w:pPr>
              <w:rPr>
                <w:rFonts w:ascii="Arial" w:hAnsi="Arial" w:cs="Arial"/>
                <w:sz w:val="20"/>
                <w:szCs w:val="24"/>
              </w:rPr>
            </w:pPr>
          </w:p>
          <w:p w14:paraId="05940E52" w14:textId="77777777" w:rsidR="000B74EE" w:rsidRPr="00B73302" w:rsidRDefault="000B74EE" w:rsidP="000B74EE">
            <w:pPr>
              <w:rPr>
                <w:rFonts w:ascii="Arial" w:hAnsi="Arial" w:cs="Arial"/>
                <w:sz w:val="20"/>
                <w:szCs w:val="24"/>
              </w:rPr>
            </w:pPr>
          </w:p>
          <w:p w14:paraId="4C9E0EBC" w14:textId="77777777" w:rsidR="000B74EE" w:rsidRPr="00B73302" w:rsidRDefault="000B74EE" w:rsidP="000B74EE">
            <w:pPr>
              <w:rPr>
                <w:rFonts w:ascii="Arial" w:hAnsi="Arial" w:cs="Arial"/>
                <w:sz w:val="20"/>
                <w:szCs w:val="24"/>
              </w:rPr>
            </w:pPr>
          </w:p>
          <w:p w14:paraId="597D45B2" w14:textId="77777777" w:rsidR="000B74EE" w:rsidRPr="00B73302" w:rsidRDefault="000B74EE" w:rsidP="000B74EE">
            <w:pPr>
              <w:rPr>
                <w:rFonts w:ascii="Arial" w:hAnsi="Arial" w:cs="Arial"/>
                <w:sz w:val="20"/>
                <w:szCs w:val="24"/>
              </w:rPr>
            </w:pPr>
          </w:p>
          <w:p w14:paraId="14D391B0" w14:textId="77777777" w:rsidR="000B74EE" w:rsidRPr="00B73302" w:rsidRDefault="000B74EE" w:rsidP="000B74EE">
            <w:pPr>
              <w:rPr>
                <w:rFonts w:ascii="Arial" w:hAnsi="Arial" w:cs="Arial"/>
                <w:sz w:val="20"/>
                <w:szCs w:val="24"/>
              </w:rPr>
            </w:pPr>
          </w:p>
          <w:p w14:paraId="01AEE426" w14:textId="77777777" w:rsidR="000B74EE" w:rsidRPr="00B73302" w:rsidRDefault="000B74EE" w:rsidP="000B74EE">
            <w:pPr>
              <w:rPr>
                <w:rFonts w:ascii="Arial" w:hAnsi="Arial" w:cs="Arial"/>
                <w:sz w:val="20"/>
                <w:szCs w:val="24"/>
              </w:rPr>
            </w:pPr>
          </w:p>
          <w:p w14:paraId="3680A6D1" w14:textId="77777777" w:rsidR="000B74EE" w:rsidRPr="00B73302" w:rsidRDefault="000B74EE" w:rsidP="000B74EE">
            <w:pPr>
              <w:rPr>
                <w:rFonts w:ascii="Arial" w:hAnsi="Arial" w:cs="Arial"/>
                <w:sz w:val="20"/>
                <w:szCs w:val="24"/>
              </w:rPr>
            </w:pPr>
          </w:p>
          <w:p w14:paraId="274ACFD6" w14:textId="77777777" w:rsidR="000B74EE" w:rsidRPr="00B73302" w:rsidRDefault="000B74EE" w:rsidP="000B74EE">
            <w:pPr>
              <w:rPr>
                <w:rFonts w:ascii="Arial" w:hAnsi="Arial" w:cs="Arial"/>
                <w:sz w:val="20"/>
                <w:szCs w:val="24"/>
              </w:rPr>
            </w:pPr>
          </w:p>
          <w:p w14:paraId="26A4A852" w14:textId="77777777" w:rsidR="000B74EE" w:rsidRPr="00B73302" w:rsidRDefault="000B74EE" w:rsidP="000B74EE">
            <w:pPr>
              <w:rPr>
                <w:rFonts w:ascii="Arial" w:hAnsi="Arial" w:cs="Arial"/>
                <w:sz w:val="20"/>
                <w:szCs w:val="24"/>
              </w:rPr>
            </w:pPr>
          </w:p>
          <w:p w14:paraId="68874DAF" w14:textId="77777777" w:rsidR="000B74EE" w:rsidRPr="00B73302" w:rsidRDefault="000B74EE" w:rsidP="000B74EE">
            <w:pPr>
              <w:rPr>
                <w:rFonts w:ascii="Arial" w:hAnsi="Arial" w:cs="Arial"/>
                <w:sz w:val="20"/>
                <w:szCs w:val="24"/>
              </w:rPr>
            </w:pPr>
          </w:p>
          <w:p w14:paraId="2FB63EDA" w14:textId="77777777" w:rsidR="000B74EE" w:rsidRPr="00B73302" w:rsidRDefault="000B74EE" w:rsidP="000B74EE">
            <w:pPr>
              <w:rPr>
                <w:rFonts w:ascii="Arial" w:hAnsi="Arial" w:cs="Arial"/>
                <w:sz w:val="20"/>
                <w:szCs w:val="24"/>
              </w:rPr>
            </w:pPr>
          </w:p>
          <w:p w14:paraId="7DDC44D6" w14:textId="77777777" w:rsidR="000B74EE" w:rsidRPr="00B73302" w:rsidRDefault="000B74EE" w:rsidP="000B74EE">
            <w:pPr>
              <w:rPr>
                <w:rFonts w:ascii="Arial" w:hAnsi="Arial" w:cs="Arial"/>
                <w:sz w:val="20"/>
                <w:szCs w:val="24"/>
              </w:rPr>
            </w:pPr>
          </w:p>
          <w:p w14:paraId="592A106A" w14:textId="77777777" w:rsidR="000B74EE" w:rsidRPr="00B73302" w:rsidRDefault="000B74EE" w:rsidP="000B74EE">
            <w:pPr>
              <w:rPr>
                <w:rFonts w:ascii="Arial" w:hAnsi="Arial" w:cs="Arial"/>
                <w:sz w:val="20"/>
                <w:szCs w:val="24"/>
              </w:rPr>
            </w:pPr>
          </w:p>
          <w:p w14:paraId="3C457618" w14:textId="77777777" w:rsidR="000B74EE" w:rsidRPr="00B73302" w:rsidRDefault="000B74EE" w:rsidP="000B74EE">
            <w:pPr>
              <w:rPr>
                <w:rFonts w:ascii="Arial" w:hAnsi="Arial" w:cs="Arial"/>
                <w:sz w:val="20"/>
                <w:szCs w:val="24"/>
              </w:rPr>
            </w:pPr>
          </w:p>
          <w:p w14:paraId="04D7B953" w14:textId="77777777" w:rsidR="000B74EE" w:rsidRPr="00B73302" w:rsidRDefault="000B74EE" w:rsidP="000B74EE">
            <w:pPr>
              <w:rPr>
                <w:rFonts w:ascii="Arial" w:hAnsi="Arial" w:cs="Arial"/>
                <w:sz w:val="20"/>
                <w:szCs w:val="24"/>
              </w:rPr>
            </w:pPr>
          </w:p>
          <w:p w14:paraId="46B0072F" w14:textId="77777777" w:rsidR="000B74EE" w:rsidRPr="00B73302" w:rsidRDefault="000B74EE" w:rsidP="000B74EE">
            <w:pPr>
              <w:rPr>
                <w:rFonts w:ascii="Arial" w:hAnsi="Arial" w:cs="Arial"/>
                <w:sz w:val="20"/>
                <w:szCs w:val="24"/>
              </w:rPr>
            </w:pPr>
          </w:p>
          <w:p w14:paraId="169BF369" w14:textId="77777777" w:rsidR="000B74EE" w:rsidRPr="00B73302" w:rsidRDefault="000B74EE" w:rsidP="000B74EE">
            <w:pPr>
              <w:rPr>
                <w:rFonts w:ascii="Arial" w:hAnsi="Arial" w:cs="Arial"/>
                <w:sz w:val="20"/>
                <w:szCs w:val="24"/>
              </w:rPr>
            </w:pPr>
          </w:p>
          <w:p w14:paraId="5FCB40E7" w14:textId="77777777" w:rsidR="000B74EE" w:rsidRPr="00B73302" w:rsidRDefault="000B74EE" w:rsidP="000B74EE">
            <w:pPr>
              <w:rPr>
                <w:rFonts w:ascii="Arial" w:hAnsi="Arial" w:cs="Arial"/>
                <w:sz w:val="20"/>
                <w:szCs w:val="24"/>
              </w:rPr>
            </w:pPr>
          </w:p>
          <w:p w14:paraId="0DAD8AB8" w14:textId="77777777" w:rsidR="000B74EE" w:rsidRPr="00B73302" w:rsidRDefault="000B74EE" w:rsidP="000B74EE">
            <w:pPr>
              <w:rPr>
                <w:rFonts w:ascii="Arial" w:hAnsi="Arial" w:cs="Arial"/>
                <w:sz w:val="20"/>
                <w:szCs w:val="24"/>
              </w:rPr>
            </w:pPr>
          </w:p>
          <w:p w14:paraId="4558E26D" w14:textId="77777777" w:rsidR="000B74EE" w:rsidRPr="00B73302" w:rsidRDefault="000B74EE" w:rsidP="000B74EE">
            <w:pPr>
              <w:rPr>
                <w:rFonts w:ascii="Arial" w:hAnsi="Arial" w:cs="Arial"/>
                <w:sz w:val="20"/>
                <w:szCs w:val="24"/>
              </w:rPr>
            </w:pPr>
          </w:p>
          <w:p w14:paraId="7A12D6D2" w14:textId="77777777" w:rsidR="000B74EE" w:rsidRPr="00B73302" w:rsidRDefault="000B74EE" w:rsidP="000B74EE">
            <w:pPr>
              <w:rPr>
                <w:rFonts w:ascii="Arial" w:hAnsi="Arial" w:cs="Arial"/>
                <w:sz w:val="20"/>
                <w:szCs w:val="24"/>
              </w:rPr>
            </w:pPr>
          </w:p>
          <w:p w14:paraId="7E49D83E" w14:textId="77777777" w:rsidR="000B74EE" w:rsidRPr="00B73302" w:rsidRDefault="000B74EE" w:rsidP="000B74EE">
            <w:pPr>
              <w:rPr>
                <w:rFonts w:ascii="Arial" w:hAnsi="Arial" w:cs="Arial"/>
                <w:sz w:val="20"/>
                <w:szCs w:val="24"/>
              </w:rPr>
            </w:pPr>
          </w:p>
          <w:p w14:paraId="1448DB90" w14:textId="77777777" w:rsidR="000B74EE" w:rsidRPr="00B73302" w:rsidRDefault="000B74EE" w:rsidP="000B74EE">
            <w:pPr>
              <w:rPr>
                <w:rFonts w:ascii="Arial" w:hAnsi="Arial" w:cs="Arial"/>
                <w:sz w:val="20"/>
                <w:szCs w:val="24"/>
              </w:rPr>
            </w:pPr>
          </w:p>
          <w:p w14:paraId="27C9E38A" w14:textId="77777777" w:rsidR="000B74EE" w:rsidRPr="00B73302" w:rsidRDefault="000B74EE" w:rsidP="000B74EE">
            <w:pPr>
              <w:rPr>
                <w:rFonts w:ascii="Arial" w:hAnsi="Arial" w:cs="Arial"/>
                <w:sz w:val="20"/>
                <w:szCs w:val="24"/>
              </w:rPr>
            </w:pPr>
          </w:p>
          <w:p w14:paraId="17A126D7" w14:textId="77777777" w:rsidR="000B74EE" w:rsidRPr="00B73302" w:rsidRDefault="000B74EE" w:rsidP="000B74EE">
            <w:pPr>
              <w:rPr>
                <w:rFonts w:ascii="Arial" w:hAnsi="Arial" w:cs="Arial"/>
                <w:sz w:val="20"/>
                <w:szCs w:val="24"/>
              </w:rPr>
            </w:pPr>
          </w:p>
          <w:p w14:paraId="50D6FA33" w14:textId="77777777" w:rsidR="00C32305" w:rsidRPr="00B73302" w:rsidRDefault="00C32305" w:rsidP="000B74EE">
            <w:pPr>
              <w:rPr>
                <w:rFonts w:ascii="Arial" w:hAnsi="Arial" w:cs="Arial"/>
                <w:sz w:val="20"/>
                <w:szCs w:val="24"/>
              </w:rPr>
            </w:pPr>
          </w:p>
          <w:p w14:paraId="331586E1" w14:textId="77777777" w:rsidR="00C32305" w:rsidRPr="00B73302" w:rsidRDefault="00C32305" w:rsidP="000B74EE">
            <w:pPr>
              <w:rPr>
                <w:rFonts w:ascii="Arial" w:hAnsi="Arial" w:cs="Arial"/>
                <w:sz w:val="20"/>
                <w:szCs w:val="24"/>
              </w:rPr>
            </w:pPr>
          </w:p>
          <w:p w14:paraId="5DEC47FF" w14:textId="77777777" w:rsidR="00C32305" w:rsidRPr="00B73302" w:rsidRDefault="00C32305" w:rsidP="000B74EE">
            <w:pPr>
              <w:rPr>
                <w:rFonts w:ascii="Arial" w:hAnsi="Arial" w:cs="Arial"/>
                <w:sz w:val="20"/>
                <w:szCs w:val="24"/>
              </w:rPr>
            </w:pPr>
          </w:p>
          <w:p w14:paraId="661CDE12" w14:textId="77777777" w:rsidR="00CD5B1B" w:rsidRPr="00B73302" w:rsidRDefault="00CD5B1B" w:rsidP="000B74EE">
            <w:pPr>
              <w:rPr>
                <w:rFonts w:ascii="Arial" w:hAnsi="Arial" w:cs="Arial"/>
                <w:sz w:val="20"/>
                <w:szCs w:val="24"/>
              </w:rPr>
            </w:pPr>
          </w:p>
          <w:p w14:paraId="7C804196" w14:textId="77777777" w:rsidR="00CD5B1B" w:rsidRPr="00B73302" w:rsidRDefault="00CD5B1B" w:rsidP="000B74EE">
            <w:pPr>
              <w:rPr>
                <w:rFonts w:ascii="Arial" w:hAnsi="Arial" w:cs="Arial"/>
                <w:sz w:val="20"/>
                <w:szCs w:val="24"/>
              </w:rPr>
            </w:pPr>
          </w:p>
          <w:p w14:paraId="5F610AA8" w14:textId="77777777" w:rsidR="00CD5B1B" w:rsidRPr="00B73302" w:rsidRDefault="00CD5B1B" w:rsidP="000B74EE">
            <w:pPr>
              <w:rPr>
                <w:rFonts w:ascii="Arial" w:hAnsi="Arial" w:cs="Arial"/>
                <w:sz w:val="20"/>
                <w:szCs w:val="24"/>
              </w:rPr>
            </w:pPr>
          </w:p>
          <w:p w14:paraId="28E2AFEA" w14:textId="77777777" w:rsidR="00CD5B1B" w:rsidRPr="00B73302" w:rsidRDefault="00CD5B1B" w:rsidP="000B74EE">
            <w:pPr>
              <w:rPr>
                <w:rFonts w:ascii="Arial" w:hAnsi="Arial" w:cs="Arial"/>
                <w:sz w:val="20"/>
                <w:szCs w:val="24"/>
              </w:rPr>
            </w:pPr>
          </w:p>
          <w:p w14:paraId="1B837888" w14:textId="77777777" w:rsidR="00CD5B1B" w:rsidRPr="00B73302" w:rsidRDefault="00CD5B1B" w:rsidP="000B74EE">
            <w:pPr>
              <w:rPr>
                <w:rFonts w:ascii="Arial" w:hAnsi="Arial" w:cs="Arial"/>
                <w:sz w:val="20"/>
                <w:szCs w:val="24"/>
              </w:rPr>
            </w:pPr>
          </w:p>
          <w:p w14:paraId="1DB3A8B0" w14:textId="77777777" w:rsidR="00CD5B1B" w:rsidRPr="00B73302" w:rsidRDefault="00CD5B1B" w:rsidP="000B74EE">
            <w:pPr>
              <w:rPr>
                <w:rFonts w:ascii="Arial" w:hAnsi="Arial" w:cs="Arial"/>
                <w:sz w:val="20"/>
                <w:szCs w:val="24"/>
              </w:rPr>
            </w:pPr>
          </w:p>
          <w:p w14:paraId="105B3305" w14:textId="77777777" w:rsidR="00CD5B1B" w:rsidRPr="00B73302" w:rsidRDefault="00CD5B1B" w:rsidP="000B74EE">
            <w:pPr>
              <w:rPr>
                <w:rFonts w:ascii="Arial" w:hAnsi="Arial" w:cs="Arial"/>
                <w:sz w:val="20"/>
                <w:szCs w:val="24"/>
              </w:rPr>
            </w:pPr>
          </w:p>
          <w:p w14:paraId="15C0FA72" w14:textId="77777777" w:rsidR="00CD5B1B" w:rsidRPr="00B73302" w:rsidRDefault="00CD5B1B" w:rsidP="000B74EE">
            <w:pPr>
              <w:rPr>
                <w:rFonts w:ascii="Arial" w:hAnsi="Arial" w:cs="Arial"/>
                <w:sz w:val="20"/>
                <w:szCs w:val="24"/>
              </w:rPr>
            </w:pPr>
          </w:p>
          <w:p w14:paraId="2754A0A9" w14:textId="77777777" w:rsidR="00CD5B1B" w:rsidRPr="00F53E99" w:rsidRDefault="00CD5B1B" w:rsidP="000B74EE">
            <w:pPr>
              <w:rPr>
                <w:rFonts w:ascii="Arial" w:hAnsi="Arial" w:cs="Arial"/>
                <w:sz w:val="20"/>
                <w:szCs w:val="24"/>
              </w:rPr>
            </w:pPr>
            <w:r w:rsidRPr="00B73302">
              <w:rPr>
                <w:rFonts w:ascii="Arial" w:hAnsi="Arial" w:cs="Arial"/>
                <w:sz w:val="20"/>
                <w:szCs w:val="24"/>
              </w:rPr>
              <w:br/>
            </w:r>
            <w:r w:rsidRPr="00B73302">
              <w:rPr>
                <w:rFonts w:ascii="Arial" w:hAnsi="Arial" w:cs="Arial"/>
                <w:sz w:val="20"/>
                <w:szCs w:val="24"/>
              </w:rPr>
              <w:br/>
            </w:r>
          </w:p>
        </w:tc>
      </w:tr>
    </w:tbl>
    <w:p w14:paraId="5DACA842" w14:textId="77777777" w:rsidR="00780FC7" w:rsidRPr="00F53E99" w:rsidRDefault="00780FC7" w:rsidP="00F551EE">
      <w:pPr>
        <w:jc w:val="both"/>
        <w:rPr>
          <w:rFonts w:ascii="Arial" w:hAnsi="Arial" w:cs="Arial"/>
        </w:rPr>
      </w:pPr>
    </w:p>
    <w:p w14:paraId="5D857377" w14:textId="4A81E216"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Protección de datos</w:t>
      </w:r>
    </w:p>
    <w:p w14:paraId="63AB8368" w14:textId="5A75F120" w:rsidR="00780FC7" w:rsidRPr="001F7195" w:rsidRDefault="00BA2822" w:rsidP="00F551EE">
      <w:pPr>
        <w:spacing w:after="120"/>
        <w:jc w:val="both"/>
        <w:rPr>
          <w:rFonts w:ascii="Arial" w:hAnsi="Arial" w:cs="Arial"/>
          <w:sz w:val="22"/>
          <w:szCs w:val="28"/>
        </w:rPr>
      </w:pPr>
      <w:r w:rsidRPr="001F7195">
        <w:rPr>
          <w:rFonts w:ascii="Arial" w:hAnsi="Arial" w:cs="Arial"/>
          <w:sz w:val="22"/>
          <w:szCs w:val="28"/>
        </w:rPr>
        <w:t xml:space="preserve">De acordo co Regulamento (UE) 2016/679, do 27 de abril, e coa Lei orgánica 3/2018, do 5 de decembro, de protección de datos persoais e garantía dos dereitos dixitais, infórmase de que os datos facilitados serán tratados coa finalidade de xestionar a solicitude de adhesión ao Club de Produto Galicia Suroeste, verificar o cumprimento dos requisitos e, de ser o caso, incorporar </w:t>
      </w:r>
      <w:r w:rsidR="001F7195" w:rsidRPr="001F7195">
        <w:rPr>
          <w:rFonts w:ascii="Arial" w:hAnsi="Arial" w:cs="Arial"/>
          <w:sz w:val="22"/>
          <w:szCs w:val="28"/>
        </w:rPr>
        <w:t>á</w:t>
      </w:r>
      <w:r w:rsidRPr="001F7195">
        <w:rPr>
          <w:rFonts w:ascii="Arial" w:hAnsi="Arial" w:cs="Arial"/>
          <w:sz w:val="22"/>
          <w:szCs w:val="28"/>
        </w:rPr>
        <w:t xml:space="preserve"> entidade solicitante aos soportes de comunicación e promoción do Club. A persoa interesada poderá exercer os dereitos de acceso, rectificación, supresión, oposición, limitación do tratamento e portabilidade ante a entidade responsable da xestión do Club, nos termos previstos pola normativa vixente.</w:t>
      </w:r>
    </w:p>
    <w:p w14:paraId="45DD0B31" w14:textId="1A53BC3D"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Declaración final e sinatura</w:t>
      </w:r>
    </w:p>
    <w:p w14:paraId="4C032B8B" w14:textId="77777777" w:rsidR="00780FC7" w:rsidRDefault="00BA2822" w:rsidP="00F551EE">
      <w:pPr>
        <w:spacing w:after="120"/>
        <w:jc w:val="both"/>
        <w:rPr>
          <w:rFonts w:ascii="Arial" w:hAnsi="Arial" w:cs="Arial"/>
          <w:sz w:val="22"/>
          <w:szCs w:val="28"/>
        </w:rPr>
      </w:pPr>
      <w:r w:rsidRPr="001F7195">
        <w:rPr>
          <w:rFonts w:ascii="Arial" w:hAnsi="Arial" w:cs="Arial"/>
          <w:sz w:val="22"/>
          <w:szCs w:val="28"/>
        </w:rPr>
        <w:t xml:space="preserve">A persoa asinante declara que os datos consignados neste formulario son veraces, que coñece e acepta as condicións de adhesión ao Club de Produto Galicia </w:t>
      </w:r>
      <w:r w:rsidRPr="00B175D9">
        <w:rPr>
          <w:rFonts w:ascii="Arial" w:hAnsi="Arial" w:cs="Arial"/>
          <w:sz w:val="22"/>
          <w:szCs w:val="28"/>
        </w:rPr>
        <w:t>Suroeste</w:t>
      </w:r>
      <w:r w:rsidRPr="001F7195">
        <w:rPr>
          <w:rFonts w:ascii="Arial" w:hAnsi="Arial" w:cs="Arial"/>
          <w:sz w:val="22"/>
          <w:szCs w:val="28"/>
        </w:rPr>
        <w:t xml:space="preserve"> e que se compromete a achegar, cando sexa requirida, a documentación necesaria para comprobar o cumprimento dos requisitos obrigatorios e avaliables declarados.</w:t>
      </w:r>
    </w:p>
    <w:p w14:paraId="78311206" w14:textId="77777777" w:rsidR="000A0BCD" w:rsidRPr="001F7195" w:rsidRDefault="000A0BCD" w:rsidP="00F551EE">
      <w:pPr>
        <w:spacing w:after="120"/>
        <w:jc w:val="both"/>
        <w:rPr>
          <w:rFonts w:ascii="Arial" w:hAnsi="Arial" w:cs="Arial"/>
          <w:sz w:val="22"/>
          <w:szCs w:val="28"/>
        </w:rPr>
      </w:pPr>
    </w:p>
    <w:tbl>
      <w:tblPr>
        <w:tblStyle w:val="Tablaconcuadrcula"/>
        <w:tblW w:w="0" w:type="auto"/>
        <w:tblLook w:val="04A0" w:firstRow="1" w:lastRow="0" w:firstColumn="1" w:lastColumn="0" w:noHBand="0" w:noVBand="1"/>
      </w:tblPr>
      <w:tblGrid>
        <w:gridCol w:w="3681"/>
        <w:gridCol w:w="6735"/>
      </w:tblGrid>
      <w:tr w:rsidR="00780FC7" w:rsidRPr="00F53E99" w14:paraId="37240104" w14:textId="77777777" w:rsidTr="000A0BCD">
        <w:tc>
          <w:tcPr>
            <w:tcW w:w="3681" w:type="dxa"/>
            <w:shd w:val="clear" w:color="auto" w:fill="008C95"/>
            <w:vAlign w:val="center"/>
          </w:tcPr>
          <w:p w14:paraId="30AA5E0C"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Nome e apelidos</w:t>
            </w:r>
          </w:p>
        </w:tc>
        <w:tc>
          <w:tcPr>
            <w:tcW w:w="6735" w:type="dxa"/>
            <w:vAlign w:val="center"/>
          </w:tcPr>
          <w:p w14:paraId="12E6B114" w14:textId="77777777" w:rsidR="00780FC7" w:rsidRPr="00F53E99" w:rsidRDefault="00780FC7" w:rsidP="00F551EE">
            <w:pPr>
              <w:jc w:val="both"/>
              <w:rPr>
                <w:rFonts w:ascii="Arial" w:hAnsi="Arial" w:cs="Arial"/>
                <w:sz w:val="22"/>
                <w:szCs w:val="32"/>
              </w:rPr>
            </w:pPr>
          </w:p>
        </w:tc>
      </w:tr>
      <w:tr w:rsidR="00780FC7" w:rsidRPr="00F53E99" w14:paraId="7358FDE8" w14:textId="77777777" w:rsidTr="000A0BCD">
        <w:tc>
          <w:tcPr>
            <w:tcW w:w="3681" w:type="dxa"/>
            <w:shd w:val="clear" w:color="auto" w:fill="008C95"/>
            <w:vAlign w:val="center"/>
          </w:tcPr>
          <w:p w14:paraId="7B47CB7E"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Cargo / representación</w:t>
            </w:r>
          </w:p>
        </w:tc>
        <w:tc>
          <w:tcPr>
            <w:tcW w:w="6735" w:type="dxa"/>
            <w:vAlign w:val="center"/>
          </w:tcPr>
          <w:p w14:paraId="0C56A733" w14:textId="77777777" w:rsidR="00780FC7" w:rsidRPr="00F53E99" w:rsidRDefault="00780FC7" w:rsidP="00F551EE">
            <w:pPr>
              <w:jc w:val="both"/>
              <w:rPr>
                <w:rFonts w:ascii="Arial" w:hAnsi="Arial" w:cs="Arial"/>
                <w:sz w:val="22"/>
                <w:szCs w:val="32"/>
              </w:rPr>
            </w:pPr>
          </w:p>
        </w:tc>
      </w:tr>
      <w:tr w:rsidR="00780FC7" w:rsidRPr="00F53E99" w14:paraId="46D68493" w14:textId="77777777" w:rsidTr="000A0BCD">
        <w:tc>
          <w:tcPr>
            <w:tcW w:w="3681" w:type="dxa"/>
            <w:shd w:val="clear" w:color="auto" w:fill="008C95"/>
            <w:vAlign w:val="center"/>
          </w:tcPr>
          <w:p w14:paraId="381197D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Lugar e data</w:t>
            </w:r>
          </w:p>
        </w:tc>
        <w:tc>
          <w:tcPr>
            <w:tcW w:w="6735" w:type="dxa"/>
            <w:vAlign w:val="center"/>
          </w:tcPr>
          <w:p w14:paraId="15FA853F" w14:textId="77777777" w:rsidR="00780FC7" w:rsidRPr="00F53E99" w:rsidRDefault="00780FC7" w:rsidP="00F551EE">
            <w:pPr>
              <w:jc w:val="both"/>
              <w:rPr>
                <w:rFonts w:ascii="Arial" w:hAnsi="Arial" w:cs="Arial"/>
                <w:sz w:val="22"/>
                <w:szCs w:val="32"/>
              </w:rPr>
            </w:pPr>
          </w:p>
        </w:tc>
      </w:tr>
      <w:tr w:rsidR="00780FC7" w:rsidRPr="00F53E99" w14:paraId="7938C793" w14:textId="77777777" w:rsidTr="000A0BCD">
        <w:tc>
          <w:tcPr>
            <w:tcW w:w="3681" w:type="dxa"/>
            <w:shd w:val="clear" w:color="auto" w:fill="008C95"/>
            <w:vAlign w:val="center"/>
          </w:tcPr>
          <w:p w14:paraId="2EA8C83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Sinatura</w:t>
            </w:r>
          </w:p>
        </w:tc>
        <w:tc>
          <w:tcPr>
            <w:tcW w:w="6735" w:type="dxa"/>
            <w:vAlign w:val="center"/>
          </w:tcPr>
          <w:p w14:paraId="1786D82F" w14:textId="77777777" w:rsidR="00B175D9" w:rsidRDefault="00B175D9" w:rsidP="00F551EE">
            <w:pPr>
              <w:jc w:val="both"/>
              <w:rPr>
                <w:rFonts w:ascii="Arial" w:hAnsi="Arial" w:cs="Arial"/>
                <w:color w:val="1F1F1F"/>
                <w:sz w:val="22"/>
                <w:szCs w:val="32"/>
              </w:rPr>
            </w:pPr>
          </w:p>
          <w:p w14:paraId="0D1BD96F" w14:textId="77777777" w:rsidR="00B175D9" w:rsidRDefault="00B175D9" w:rsidP="00F551EE">
            <w:pPr>
              <w:jc w:val="both"/>
              <w:rPr>
                <w:rFonts w:ascii="Arial" w:hAnsi="Arial" w:cs="Arial"/>
                <w:color w:val="1F1F1F"/>
                <w:sz w:val="22"/>
                <w:szCs w:val="32"/>
              </w:rPr>
            </w:pPr>
          </w:p>
          <w:p w14:paraId="10F6C6FA" w14:textId="77777777" w:rsidR="00B175D9" w:rsidRDefault="00B175D9" w:rsidP="00F551EE">
            <w:pPr>
              <w:jc w:val="both"/>
              <w:rPr>
                <w:rFonts w:ascii="Arial" w:hAnsi="Arial" w:cs="Arial"/>
                <w:color w:val="1F1F1F"/>
                <w:sz w:val="22"/>
                <w:szCs w:val="32"/>
              </w:rPr>
            </w:pPr>
          </w:p>
          <w:p w14:paraId="28B6CD38" w14:textId="77777777" w:rsidR="00B175D9" w:rsidRDefault="00B175D9" w:rsidP="00F551EE">
            <w:pPr>
              <w:jc w:val="both"/>
              <w:rPr>
                <w:rFonts w:ascii="Arial" w:hAnsi="Arial" w:cs="Arial"/>
                <w:color w:val="1F1F1F"/>
                <w:sz w:val="22"/>
                <w:szCs w:val="32"/>
              </w:rPr>
            </w:pPr>
          </w:p>
          <w:p w14:paraId="7516A353" w14:textId="77777777" w:rsidR="00B175D9" w:rsidRDefault="00B175D9" w:rsidP="00F551EE">
            <w:pPr>
              <w:jc w:val="both"/>
              <w:rPr>
                <w:rFonts w:ascii="Arial" w:hAnsi="Arial" w:cs="Arial"/>
                <w:color w:val="1F1F1F"/>
                <w:sz w:val="22"/>
                <w:szCs w:val="32"/>
              </w:rPr>
            </w:pPr>
          </w:p>
          <w:p w14:paraId="7D2BF32F" w14:textId="77777777" w:rsidR="00B175D9" w:rsidRDefault="00B175D9" w:rsidP="00F551EE">
            <w:pPr>
              <w:jc w:val="both"/>
              <w:rPr>
                <w:rFonts w:ascii="Arial" w:hAnsi="Arial" w:cs="Arial"/>
                <w:color w:val="1F1F1F"/>
                <w:sz w:val="22"/>
                <w:szCs w:val="32"/>
              </w:rPr>
            </w:pPr>
          </w:p>
          <w:p w14:paraId="1C079070" w14:textId="77777777" w:rsidR="000A0BCD" w:rsidRDefault="000A0BCD" w:rsidP="00F551EE">
            <w:pPr>
              <w:jc w:val="both"/>
              <w:rPr>
                <w:rFonts w:ascii="Arial" w:hAnsi="Arial" w:cs="Arial"/>
                <w:color w:val="1F1F1F"/>
                <w:sz w:val="22"/>
                <w:szCs w:val="32"/>
              </w:rPr>
            </w:pPr>
          </w:p>
          <w:p w14:paraId="6F6F0795" w14:textId="77777777" w:rsidR="00B175D9" w:rsidRDefault="00B175D9" w:rsidP="00F551EE">
            <w:pPr>
              <w:jc w:val="both"/>
              <w:rPr>
                <w:rFonts w:ascii="Arial" w:hAnsi="Arial" w:cs="Arial"/>
                <w:color w:val="1F1F1F"/>
                <w:sz w:val="22"/>
                <w:szCs w:val="32"/>
              </w:rPr>
            </w:pPr>
          </w:p>
          <w:p w14:paraId="6306C57C" w14:textId="77777777" w:rsidR="00B175D9" w:rsidRDefault="00B175D9" w:rsidP="00F551EE">
            <w:pPr>
              <w:jc w:val="both"/>
              <w:rPr>
                <w:rFonts w:ascii="Arial" w:hAnsi="Arial" w:cs="Arial"/>
                <w:color w:val="1F1F1F"/>
                <w:sz w:val="22"/>
                <w:szCs w:val="32"/>
              </w:rPr>
            </w:pPr>
          </w:p>
          <w:p w14:paraId="1C1553B3" w14:textId="1182D3DF" w:rsidR="00780FC7" w:rsidRPr="00F53E99" w:rsidRDefault="00BA2822" w:rsidP="00F551EE">
            <w:pPr>
              <w:jc w:val="both"/>
              <w:rPr>
                <w:rFonts w:ascii="Arial" w:hAnsi="Arial" w:cs="Arial"/>
                <w:sz w:val="22"/>
                <w:szCs w:val="32"/>
              </w:rPr>
            </w:pPr>
            <w:r w:rsidRPr="00F53E99">
              <w:rPr>
                <w:rFonts w:ascii="Arial" w:hAnsi="Arial" w:cs="Arial"/>
                <w:color w:val="1F1F1F"/>
                <w:sz w:val="22"/>
                <w:szCs w:val="32"/>
              </w:rPr>
              <w:br/>
            </w:r>
            <w:r w:rsidRPr="00F53E99">
              <w:rPr>
                <w:rFonts w:ascii="Arial" w:hAnsi="Arial" w:cs="Arial"/>
                <w:color w:val="1F1F1F"/>
                <w:sz w:val="22"/>
                <w:szCs w:val="32"/>
              </w:rPr>
              <w:br/>
            </w:r>
          </w:p>
        </w:tc>
      </w:tr>
    </w:tbl>
    <w:p w14:paraId="124D5288" w14:textId="77777777" w:rsidR="00BA2822" w:rsidRPr="00F551EE" w:rsidRDefault="00BA2822" w:rsidP="00F551EE">
      <w:pPr>
        <w:jc w:val="both"/>
        <w:rPr>
          <w:rFonts w:ascii="Arial" w:hAnsi="Arial" w:cs="Arial"/>
        </w:rPr>
      </w:pPr>
    </w:p>
    <w:sectPr w:rsidR="00BA2822" w:rsidRPr="00F551EE" w:rsidSect="00034616">
      <w:headerReference w:type="default" r:id="rId11"/>
      <w:footerReference w:type="default" r:id="rId12"/>
      <w:pgSz w:w="12240" w:h="15840"/>
      <w:pgMar w:top="1304" w:right="907" w:bottom="124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00E30" w14:textId="77777777" w:rsidR="00AC7859" w:rsidRPr="00F53E99" w:rsidRDefault="00AC7859">
      <w:pPr>
        <w:spacing w:after="0" w:line="240" w:lineRule="auto"/>
      </w:pPr>
      <w:r w:rsidRPr="00F53E99">
        <w:separator/>
      </w:r>
    </w:p>
  </w:endnote>
  <w:endnote w:type="continuationSeparator" w:id="0">
    <w:p w14:paraId="051FC25C" w14:textId="77777777" w:rsidR="00AC7859" w:rsidRPr="00F53E99" w:rsidRDefault="00AC7859">
      <w:pPr>
        <w:spacing w:after="0" w:line="240" w:lineRule="auto"/>
      </w:pPr>
      <w:r w:rsidRPr="00F53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 Sans">
    <w:altName w:val="Calibri"/>
    <w:charset w:val="00"/>
    <w:family w:val="auto"/>
    <w:pitch w:val="variable"/>
    <w:sig w:usb0="A00000B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C770" w14:textId="77777777" w:rsidR="00780FC7" w:rsidRPr="00F53E99" w:rsidRDefault="00BA2822">
    <w:pPr>
      <w:pStyle w:val="Piedepgina"/>
      <w:jc w:val="center"/>
    </w:pPr>
    <w:r w:rsidRPr="00F53E99">
      <w:rPr>
        <w:noProof/>
      </w:rPr>
      <w:drawing>
        <wp:inline distT="0" distB="0" distL="0" distR="0" wp14:anchorId="37BB8A2C" wp14:editId="30B099D2">
          <wp:extent cx="5688000" cy="453830"/>
          <wp:effectExtent l="0" t="0" r="0" b="0"/>
          <wp:docPr id="11024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footer_logos.png"/>
                  <pic:cNvPicPr/>
                </pic:nvPicPr>
                <pic:blipFill>
                  <a:blip r:embed="rId1"/>
                  <a:stretch>
                    <a:fillRect/>
                  </a:stretch>
                </pic:blipFill>
                <pic:spPr>
                  <a:xfrm>
                    <a:off x="0" y="0"/>
                    <a:ext cx="5688000" cy="453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74FC0" w14:textId="77777777" w:rsidR="00AC7859" w:rsidRPr="00F53E99" w:rsidRDefault="00AC7859">
      <w:pPr>
        <w:spacing w:after="0" w:line="240" w:lineRule="auto"/>
      </w:pPr>
      <w:r w:rsidRPr="00F53E99">
        <w:separator/>
      </w:r>
    </w:p>
  </w:footnote>
  <w:footnote w:type="continuationSeparator" w:id="0">
    <w:p w14:paraId="05661537" w14:textId="77777777" w:rsidR="00AC7859" w:rsidRPr="00F53E99" w:rsidRDefault="00AC7859">
      <w:pPr>
        <w:spacing w:after="0" w:line="240" w:lineRule="auto"/>
      </w:pPr>
      <w:r w:rsidRPr="00F53E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A45C" w14:textId="77777777" w:rsidR="00780FC7" w:rsidRPr="00F53E99" w:rsidRDefault="00BA2822">
    <w:pPr>
      <w:pStyle w:val="Encabezado"/>
    </w:pPr>
    <w:r w:rsidRPr="00F53E99">
      <w:rPr>
        <w:noProof/>
      </w:rPr>
      <w:drawing>
        <wp:inline distT="0" distB="0" distL="0" distR="0" wp14:anchorId="38038989" wp14:editId="7AC020E9">
          <wp:extent cx="1872000" cy="5059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logo_color.png"/>
                  <pic:cNvPicPr/>
                </pic:nvPicPr>
                <pic:blipFill>
                  <a:blip r:embed="rId1"/>
                  <a:stretch>
                    <a:fillRect/>
                  </a:stretch>
                </pic:blipFill>
                <pic:spPr>
                  <a:xfrm>
                    <a:off x="0" y="0"/>
                    <a:ext cx="1872000" cy="5059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74D5E85"/>
    <w:multiLevelType w:val="hybridMultilevel"/>
    <w:tmpl w:val="8F82D1FA"/>
    <w:lvl w:ilvl="0" w:tplc="0C0A0017">
      <w:start w:val="1"/>
      <w:numFmt w:val="lowerLetter"/>
      <w:lvlText w:val="%1)"/>
      <w:lvlJc w:val="left"/>
      <w:pPr>
        <w:ind w:left="1440" w:hanging="360"/>
      </w:pPr>
      <w:rPr>
        <w:rFonts w:hint="default"/>
        <w:color w:val="555555"/>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49F487B"/>
    <w:multiLevelType w:val="hybridMultilevel"/>
    <w:tmpl w:val="3B5A7B4C"/>
    <w:lvl w:ilvl="0" w:tplc="662E4C36">
      <w:start w:val="3"/>
      <w:numFmt w:val="bullet"/>
      <w:lvlText w:val="-"/>
      <w:lvlJc w:val="left"/>
      <w:pPr>
        <w:ind w:left="720" w:hanging="360"/>
      </w:pPr>
      <w:rPr>
        <w:rFonts w:ascii="Arial" w:eastAsia="Albert Sans" w:hAnsi="Arial" w:cs="Arial" w:hint="default"/>
        <w:color w:val="555555"/>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FFC2A1B"/>
    <w:multiLevelType w:val="hybridMultilevel"/>
    <w:tmpl w:val="849E3E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3489476">
    <w:abstractNumId w:val="8"/>
  </w:num>
  <w:num w:numId="2" w16cid:durableId="343896617">
    <w:abstractNumId w:val="6"/>
  </w:num>
  <w:num w:numId="3" w16cid:durableId="25062476">
    <w:abstractNumId w:val="5"/>
  </w:num>
  <w:num w:numId="4" w16cid:durableId="2034649577">
    <w:abstractNumId w:val="4"/>
  </w:num>
  <w:num w:numId="5" w16cid:durableId="476650637">
    <w:abstractNumId w:val="7"/>
  </w:num>
  <w:num w:numId="6" w16cid:durableId="2006663211">
    <w:abstractNumId w:val="3"/>
  </w:num>
  <w:num w:numId="7" w16cid:durableId="1960447626">
    <w:abstractNumId w:val="2"/>
  </w:num>
  <w:num w:numId="8" w16cid:durableId="789544395">
    <w:abstractNumId w:val="1"/>
  </w:num>
  <w:num w:numId="9" w16cid:durableId="1788160362">
    <w:abstractNumId w:val="0"/>
  </w:num>
  <w:num w:numId="10" w16cid:durableId="209925264">
    <w:abstractNumId w:val="11"/>
  </w:num>
  <w:num w:numId="11" w16cid:durableId="736561730">
    <w:abstractNumId w:val="10"/>
  </w:num>
  <w:num w:numId="12" w16cid:durableId="1686590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CF"/>
    <w:rsid w:val="00005AD1"/>
    <w:rsid w:val="00034616"/>
    <w:rsid w:val="00057D20"/>
    <w:rsid w:val="0006063C"/>
    <w:rsid w:val="00060BEF"/>
    <w:rsid w:val="000757BD"/>
    <w:rsid w:val="00080A75"/>
    <w:rsid w:val="000A0BCD"/>
    <w:rsid w:val="000A474E"/>
    <w:rsid w:val="000B74EE"/>
    <w:rsid w:val="000C633C"/>
    <w:rsid w:val="000E04F0"/>
    <w:rsid w:val="001242F5"/>
    <w:rsid w:val="00142486"/>
    <w:rsid w:val="00145331"/>
    <w:rsid w:val="0015074B"/>
    <w:rsid w:val="00153E1B"/>
    <w:rsid w:val="0015701D"/>
    <w:rsid w:val="001811D5"/>
    <w:rsid w:val="00184A53"/>
    <w:rsid w:val="001A4920"/>
    <w:rsid w:val="001B671D"/>
    <w:rsid w:val="001C1F4C"/>
    <w:rsid w:val="001E09A0"/>
    <w:rsid w:val="001F4D59"/>
    <w:rsid w:val="001F7195"/>
    <w:rsid w:val="002036D4"/>
    <w:rsid w:val="00224DAA"/>
    <w:rsid w:val="00241968"/>
    <w:rsid w:val="002736A1"/>
    <w:rsid w:val="00285B05"/>
    <w:rsid w:val="0029639D"/>
    <w:rsid w:val="002A3084"/>
    <w:rsid w:val="002B59A8"/>
    <w:rsid w:val="002D055B"/>
    <w:rsid w:val="002E1EB2"/>
    <w:rsid w:val="002E2DB7"/>
    <w:rsid w:val="00326F90"/>
    <w:rsid w:val="00344C1A"/>
    <w:rsid w:val="00374387"/>
    <w:rsid w:val="003854BF"/>
    <w:rsid w:val="003868A2"/>
    <w:rsid w:val="0038792A"/>
    <w:rsid w:val="003C1540"/>
    <w:rsid w:val="00406B04"/>
    <w:rsid w:val="00444489"/>
    <w:rsid w:val="0047008E"/>
    <w:rsid w:val="00471DBE"/>
    <w:rsid w:val="004C479E"/>
    <w:rsid w:val="004D5C1D"/>
    <w:rsid w:val="005402F2"/>
    <w:rsid w:val="00560986"/>
    <w:rsid w:val="005A460B"/>
    <w:rsid w:val="005B6BDB"/>
    <w:rsid w:val="005C677D"/>
    <w:rsid w:val="00616C6C"/>
    <w:rsid w:val="00666E67"/>
    <w:rsid w:val="006B3838"/>
    <w:rsid w:val="006F0A67"/>
    <w:rsid w:val="0071203F"/>
    <w:rsid w:val="00780FC7"/>
    <w:rsid w:val="007A6BA2"/>
    <w:rsid w:val="007D2C2F"/>
    <w:rsid w:val="007F4F77"/>
    <w:rsid w:val="00813F7D"/>
    <w:rsid w:val="0085397C"/>
    <w:rsid w:val="00862C00"/>
    <w:rsid w:val="00882051"/>
    <w:rsid w:val="008A545B"/>
    <w:rsid w:val="008A7854"/>
    <w:rsid w:val="008C7942"/>
    <w:rsid w:val="00923F3B"/>
    <w:rsid w:val="00935388"/>
    <w:rsid w:val="00976D7A"/>
    <w:rsid w:val="00987727"/>
    <w:rsid w:val="009C22E3"/>
    <w:rsid w:val="009C3885"/>
    <w:rsid w:val="009E0CEA"/>
    <w:rsid w:val="009E736F"/>
    <w:rsid w:val="00A44765"/>
    <w:rsid w:val="00A551E8"/>
    <w:rsid w:val="00A66849"/>
    <w:rsid w:val="00A807E6"/>
    <w:rsid w:val="00AA1D8D"/>
    <w:rsid w:val="00AC7859"/>
    <w:rsid w:val="00AD09ED"/>
    <w:rsid w:val="00B175D9"/>
    <w:rsid w:val="00B20234"/>
    <w:rsid w:val="00B3046F"/>
    <w:rsid w:val="00B32FBB"/>
    <w:rsid w:val="00B47730"/>
    <w:rsid w:val="00B73302"/>
    <w:rsid w:val="00B7440D"/>
    <w:rsid w:val="00BA2822"/>
    <w:rsid w:val="00BA678B"/>
    <w:rsid w:val="00BE47F8"/>
    <w:rsid w:val="00C32305"/>
    <w:rsid w:val="00C32E83"/>
    <w:rsid w:val="00C4063A"/>
    <w:rsid w:val="00C71CC9"/>
    <w:rsid w:val="00C77640"/>
    <w:rsid w:val="00C86FC1"/>
    <w:rsid w:val="00CA7AA2"/>
    <w:rsid w:val="00CB0664"/>
    <w:rsid w:val="00CD40EC"/>
    <w:rsid w:val="00CD5B1B"/>
    <w:rsid w:val="00CE3811"/>
    <w:rsid w:val="00D015CC"/>
    <w:rsid w:val="00D17636"/>
    <w:rsid w:val="00D36CAC"/>
    <w:rsid w:val="00DC71AF"/>
    <w:rsid w:val="00DE3F24"/>
    <w:rsid w:val="00DF0D67"/>
    <w:rsid w:val="00DF46BE"/>
    <w:rsid w:val="00E106DA"/>
    <w:rsid w:val="00E342C2"/>
    <w:rsid w:val="00E40526"/>
    <w:rsid w:val="00E56E57"/>
    <w:rsid w:val="00E903BA"/>
    <w:rsid w:val="00E92737"/>
    <w:rsid w:val="00EA11B9"/>
    <w:rsid w:val="00EB02E7"/>
    <w:rsid w:val="00EB12F3"/>
    <w:rsid w:val="00EC4689"/>
    <w:rsid w:val="00EE09B7"/>
    <w:rsid w:val="00F20447"/>
    <w:rsid w:val="00F43281"/>
    <w:rsid w:val="00F4443F"/>
    <w:rsid w:val="00F4538D"/>
    <w:rsid w:val="00F45DBA"/>
    <w:rsid w:val="00F53E99"/>
    <w:rsid w:val="00F551EE"/>
    <w:rsid w:val="00F666E4"/>
    <w:rsid w:val="00F80947"/>
    <w:rsid w:val="00F965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97BCB"/>
  <w14:defaultImageDpi w14:val="300"/>
  <w15:docId w15:val="{FF2CA792-89FA-451C-9351-4346118E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2C2"/>
    <w:rPr>
      <w:rFonts w:ascii="Albert Sans" w:eastAsia="Albert Sans" w:hAnsi="Albert Sans"/>
      <w:sz w:val="18"/>
      <w:lang w:val="gl-ES"/>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17db5-f9ce-4f0a-b69d-28a4a785a06c">
      <Terms xmlns="http://schemas.microsoft.com/office/infopath/2007/PartnerControls"/>
    </lcf76f155ced4ddcb4097134ff3c332f>
    <TaxCatchAll xmlns="1cbda658-8bdf-499f-a111-f4f344ed71d9" xsi:nil="true"/>
    <Usuarios xmlns="d1b17db5-f9ce-4f0a-b69d-28a4a785a06c">
      <UserInfo>
        <DisplayName/>
        <AccountId xsi:nil="true"/>
        <AccountType/>
      </UserInfo>
    </Usuario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0EC0BB7456105E41BAB9432F9F661C4E" ma:contentTypeVersion="18" ma:contentTypeDescription="Crear nuevo documento." ma:contentTypeScope="" ma:versionID="bca606270e4f2b38154949e37a5b1a77">
  <xsd:schema xmlns:xsd="http://www.w3.org/2001/XMLSchema" xmlns:xs="http://www.w3.org/2001/XMLSchema" xmlns:p="http://schemas.microsoft.com/office/2006/metadata/properties" xmlns:ns2="1cbda658-8bdf-499f-a111-f4f344ed71d9" xmlns:ns3="d1b17db5-f9ce-4f0a-b69d-28a4a785a06c" targetNamespace="http://schemas.microsoft.com/office/2006/metadata/properties" ma:root="true" ma:fieldsID="37644eb8196123a9d2bd7f9387e7a38c" ns2:_="" ns3:_="">
    <xsd:import namespace="1cbda658-8bdf-499f-a111-f4f344ed71d9"/>
    <xsd:import namespace="d1b17db5-f9ce-4f0a-b69d-28a4a785a0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Usuario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a658-8bdf-499f-a111-f4f344ed71d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7e7f3a2e-e2f1-4074-8ea3-ee2f28decb94}" ma:internalName="TaxCatchAll" ma:showField="CatchAllData" ma:web="1cbda658-8bdf-499f-a111-f4f344ed71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17db5-f9ce-4f0a-b69d-28a4a785a0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fdfad4cd-dc33-4e8f-8627-d59fbeec103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Usuarios" ma:index="21" nillable="true" ma:displayName="Usuarios" ma:format="Dropdown" ma:list="UserInfo" ma:SharePointGroup="0" ma:internalName="Usuario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CCB2F86-0CBE-4623-9C08-D082E0D9F6FD}">
  <ds:schemaRefs>
    <ds:schemaRef ds:uri="http://schemas.microsoft.com/office/2006/metadata/properties"/>
    <ds:schemaRef ds:uri="http://schemas.microsoft.com/office/infopath/2007/PartnerControls"/>
    <ds:schemaRef ds:uri="d1b17db5-f9ce-4f0a-b69d-28a4a785a06c"/>
    <ds:schemaRef ds:uri="1cbda658-8bdf-499f-a111-f4f344ed71d9"/>
  </ds:schemaRefs>
</ds:datastoreItem>
</file>

<file path=customXml/itemProps3.xml><?xml version="1.0" encoding="utf-8"?>
<ds:datastoreItem xmlns:ds="http://schemas.openxmlformats.org/officeDocument/2006/customXml" ds:itemID="{53BEB240-8D51-4D2E-89F6-8291D806AB2B}">
  <ds:schemaRefs>
    <ds:schemaRef ds:uri="http://schemas.microsoft.com/sharepoint/v3/contenttype/forms"/>
  </ds:schemaRefs>
</ds:datastoreItem>
</file>

<file path=customXml/itemProps4.xml><?xml version="1.0" encoding="utf-8"?>
<ds:datastoreItem xmlns:ds="http://schemas.openxmlformats.org/officeDocument/2006/customXml" ds:itemID="{FB49456A-3927-4E01-9B25-2354FF859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a658-8bdf-499f-a111-f4f344ed71d9"/>
    <ds:schemaRef ds:uri="d1b17db5-f9ce-4f0a-b69d-28a4a785a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9</Pages>
  <Words>1736</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Martín Outumuro</cp:lastModifiedBy>
  <cp:revision>127</cp:revision>
  <cp:lastPrinted>2026-06-25T14:24:00Z</cp:lastPrinted>
  <dcterms:created xsi:type="dcterms:W3CDTF">2026-04-28T16:37:00Z</dcterms:created>
  <dcterms:modified xsi:type="dcterms:W3CDTF">2026-06-25T16:01:00Z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0x0101000EC0BB7456105E41BAB9432F9F661C4E</vt:lpwstr>
  </property>
  <property fmtid="{D5CDD505-2E9C-101B-9397-08002B2CF9AE}" pid="3" name="MediaServiceImageTags">
    <vt:lpwstr/>
  </property>
</Properties>
</file>